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1CE054EA" w:rsidP="4AF32898" w:rsidRDefault="1CE054EA" w14:paraId="1943EBEA" w14:textId="6639CFBD">
      <w:pPr>
        <w:pStyle w:val="Heading1"/>
        <w:suppressLineNumbers w:val="0"/>
        <w:bidi w:val="0"/>
        <w:spacing w:before="480" w:beforeAutospacing="off" w:after="0" w:afterAutospacing="off" w:line="276" w:lineRule="auto"/>
        <w:ind w:left="0" w:right="0"/>
        <w:jc w:val="left"/>
      </w:pPr>
      <w:r w:rsidR="4DCDCEFE">
        <w:rPr/>
        <w:t>Evidence</w:t>
      </w:r>
    </w:p>
    <w:p w:rsidR="1CE054EA" w:rsidP="4AF32898" w:rsidRDefault="1CE054EA" w14:paraId="6395CFDD" w14:textId="18D94089">
      <w:pPr>
        <w:pStyle w:val="Heading2"/>
        <w:keepNext w:val="1"/>
        <w:keepLines w:val="1"/>
        <w:spacing w:before="200" w:after="0"/>
        <w:rPr>
          <w:rFonts w:ascii="Calibri" w:hAnsi="Calibri" w:eastAsia="Calibri" w:cs="Calibri"/>
          <w:b w:val="1"/>
          <w:bCs w:val="1"/>
          <w:i w:val="0"/>
          <w:iCs w:val="0"/>
          <w:caps w:val="0"/>
          <w:smallCaps w:val="0"/>
          <w:noProof w:val="0"/>
          <w:color w:val="4F81BD" w:themeColor="accent1" w:themeTint="FF" w:themeShade="FF"/>
          <w:sz w:val="26"/>
          <w:szCs w:val="26"/>
          <w:lang w:val="en-US"/>
        </w:rPr>
      </w:pPr>
      <w:r w:rsidRPr="4AF32898" w:rsidR="4DCDCEFE">
        <w:rPr>
          <w:rFonts w:ascii="Calibri" w:hAnsi="Calibri" w:eastAsia="Calibri" w:cs="Calibri"/>
          <w:b w:val="1"/>
          <w:bCs w:val="1"/>
          <w:i w:val="0"/>
          <w:iCs w:val="0"/>
          <w:caps w:val="0"/>
          <w:smallCaps w:val="0"/>
          <w:noProof w:val="0"/>
          <w:color w:val="4F81BD" w:themeColor="accent1" w:themeTint="FF" w:themeShade="FF"/>
          <w:sz w:val="26"/>
          <w:szCs w:val="26"/>
          <w:lang w:val="en-US"/>
        </w:rPr>
        <w:t>Universities Attended</w:t>
      </w:r>
    </w:p>
    <w:p w:rsidR="1CE054EA" w:rsidP="4AF32898" w:rsidRDefault="1CE054EA" w14:paraId="048708C3" w14:textId="05D47079">
      <w:pPr>
        <w:pStyle w:val="Normal"/>
        <w:keepNext w:val="1"/>
        <w:keepLines w:val="1"/>
        <w:rPr>
          <w:noProof w:val="0"/>
          <w:lang w:val="en-US"/>
        </w:rPr>
      </w:pPr>
      <w:r w:rsidRPr="4AF32898" w:rsidR="4DCDCEFE">
        <w:rPr>
          <w:noProof w:val="0"/>
          <w:lang w:val="en-US"/>
        </w:rPr>
        <w:t xml:space="preserve">Please provide the name of the university or universities that you have attended with dates where you gained your professional or academic qualifications. For each, please name the Department or School where you were based for your </w:t>
      </w:r>
      <w:bookmarkStart w:name="_Int_tEvVRGRi" w:id="1134139073"/>
      <w:r w:rsidRPr="4AF32898" w:rsidR="4DCDCEFE">
        <w:rPr>
          <w:noProof w:val="0"/>
          <w:lang w:val="en-US"/>
        </w:rPr>
        <w:t>study</w:t>
      </w:r>
      <w:bookmarkEnd w:id="1134139073"/>
      <w:r w:rsidRPr="4AF32898" w:rsidR="4DCDCEFE">
        <w:rPr>
          <w:noProof w:val="0"/>
          <w:lang w:val="en-US"/>
        </w:rPr>
        <w:t>.</w:t>
      </w:r>
    </w:p>
    <w:tbl>
      <w:tblPr>
        <w:tblStyle w:val="TableGrid"/>
        <w:tblW w:w="0" w:type="auto"/>
        <w:tblLook w:val="06A0" w:firstRow="1" w:lastRow="0" w:firstColumn="1" w:lastColumn="0" w:noHBand="1" w:noVBand="1"/>
      </w:tblPr>
      <w:tblGrid>
        <w:gridCol w:w="3210"/>
        <w:gridCol w:w="2880"/>
        <w:gridCol w:w="2652"/>
      </w:tblGrid>
      <w:tr w:rsidR="4AF32898" w:rsidTr="4AF32898" w14:paraId="1F255260">
        <w:trPr>
          <w:trHeight w:val="300"/>
        </w:trPr>
        <w:tc>
          <w:tcPr>
            <w:tcW w:w="3210" w:type="dxa"/>
            <w:tcMar/>
          </w:tcPr>
          <w:p w:rsidR="6E32A9A5" w:rsidP="4AF32898" w:rsidRDefault="6E32A9A5" w14:paraId="73747BAC" w14:textId="195EEEEA">
            <w:pPr>
              <w:pStyle w:val="Normal"/>
              <w:rPr>
                <w:noProof w:val="0"/>
                <w:u w:val="single"/>
                <w:lang w:val="en-US"/>
              </w:rPr>
            </w:pPr>
            <w:r w:rsidRPr="4AF32898" w:rsidR="6E32A9A5">
              <w:rPr>
                <w:noProof w:val="0"/>
                <w:u w:val="single"/>
                <w:lang w:val="en-US"/>
              </w:rPr>
              <w:t>University Attended</w:t>
            </w:r>
          </w:p>
        </w:tc>
        <w:tc>
          <w:tcPr>
            <w:tcW w:w="2880" w:type="dxa"/>
            <w:tcMar/>
          </w:tcPr>
          <w:p w:rsidR="6E32A9A5" w:rsidP="4AF32898" w:rsidRDefault="6E32A9A5" w14:paraId="482880C3" w14:textId="1C5CD5CA">
            <w:pPr>
              <w:pStyle w:val="Normal"/>
              <w:rPr>
                <w:noProof w:val="0"/>
                <w:u w:val="single"/>
                <w:lang w:val="en-US"/>
              </w:rPr>
            </w:pPr>
            <w:r w:rsidRPr="4AF32898" w:rsidR="6E32A9A5">
              <w:rPr>
                <w:noProof w:val="0"/>
                <w:u w:val="single"/>
                <w:lang w:val="en-US"/>
              </w:rPr>
              <w:t>Department or School where you were based for your study</w:t>
            </w:r>
          </w:p>
        </w:tc>
        <w:tc>
          <w:tcPr>
            <w:tcW w:w="2652" w:type="dxa"/>
            <w:tcMar/>
          </w:tcPr>
          <w:p w:rsidR="6E32A9A5" w:rsidP="4AF32898" w:rsidRDefault="6E32A9A5" w14:paraId="56E56696" w14:textId="310FAD6C">
            <w:pPr>
              <w:pStyle w:val="Normal"/>
              <w:rPr>
                <w:noProof w:val="0"/>
                <w:u w:val="single"/>
                <w:lang w:val="en-US"/>
              </w:rPr>
            </w:pPr>
            <w:r w:rsidRPr="4AF32898" w:rsidR="6E32A9A5">
              <w:rPr>
                <w:noProof w:val="0"/>
                <w:u w:val="single"/>
                <w:lang w:val="en-US"/>
              </w:rPr>
              <w:t>Dates where you gained your professional or academic qualifications</w:t>
            </w:r>
          </w:p>
        </w:tc>
      </w:tr>
      <w:tr w:rsidR="4AF32898" w:rsidTr="4AF32898" w14:paraId="59E00774">
        <w:trPr>
          <w:trHeight w:val="300"/>
        </w:trPr>
        <w:tc>
          <w:tcPr>
            <w:tcW w:w="3210" w:type="dxa"/>
            <w:tcMar/>
          </w:tcPr>
          <w:p w:rsidR="4AF32898" w:rsidP="4AF32898" w:rsidRDefault="4AF32898" w14:paraId="6B36DB73" w14:textId="1A201037">
            <w:pPr>
              <w:pStyle w:val="Normal"/>
              <w:rPr>
                <w:noProof w:val="0"/>
                <w:lang w:val="en-US"/>
              </w:rPr>
            </w:pPr>
          </w:p>
        </w:tc>
        <w:tc>
          <w:tcPr>
            <w:tcW w:w="2880" w:type="dxa"/>
            <w:tcMar/>
          </w:tcPr>
          <w:p w:rsidR="4AF32898" w:rsidP="4AF32898" w:rsidRDefault="4AF32898" w14:paraId="2AEBB478" w14:textId="1A201037">
            <w:pPr>
              <w:pStyle w:val="Normal"/>
              <w:rPr>
                <w:noProof w:val="0"/>
                <w:lang w:val="en-US"/>
              </w:rPr>
            </w:pPr>
          </w:p>
        </w:tc>
        <w:tc>
          <w:tcPr>
            <w:tcW w:w="2652" w:type="dxa"/>
            <w:tcMar/>
          </w:tcPr>
          <w:p w:rsidR="4AF32898" w:rsidP="4AF32898" w:rsidRDefault="4AF32898" w14:paraId="3185F4DA" w14:textId="1A201037">
            <w:pPr>
              <w:pStyle w:val="Normal"/>
              <w:rPr>
                <w:noProof w:val="0"/>
                <w:lang w:val="en-US"/>
              </w:rPr>
            </w:pPr>
          </w:p>
        </w:tc>
      </w:tr>
      <w:tr w:rsidR="4AF32898" w:rsidTr="4AF32898" w14:paraId="41D558EA">
        <w:trPr>
          <w:trHeight w:val="300"/>
        </w:trPr>
        <w:tc>
          <w:tcPr>
            <w:tcW w:w="3210" w:type="dxa"/>
            <w:tcMar/>
          </w:tcPr>
          <w:p w:rsidR="4AF32898" w:rsidP="4AF32898" w:rsidRDefault="4AF32898" w14:paraId="11442156" w14:textId="1A201037">
            <w:pPr>
              <w:pStyle w:val="Normal"/>
              <w:rPr>
                <w:noProof w:val="0"/>
                <w:lang w:val="en-US"/>
              </w:rPr>
            </w:pPr>
          </w:p>
        </w:tc>
        <w:tc>
          <w:tcPr>
            <w:tcW w:w="2880" w:type="dxa"/>
            <w:tcMar/>
          </w:tcPr>
          <w:p w:rsidR="4AF32898" w:rsidP="4AF32898" w:rsidRDefault="4AF32898" w14:paraId="02616A80" w14:textId="1A201037">
            <w:pPr>
              <w:pStyle w:val="Normal"/>
              <w:rPr>
                <w:noProof w:val="0"/>
                <w:lang w:val="en-US"/>
              </w:rPr>
            </w:pPr>
          </w:p>
        </w:tc>
        <w:tc>
          <w:tcPr>
            <w:tcW w:w="2652" w:type="dxa"/>
            <w:tcMar/>
          </w:tcPr>
          <w:p w:rsidR="4AF32898" w:rsidP="4AF32898" w:rsidRDefault="4AF32898" w14:paraId="2B058674" w14:textId="1A201037">
            <w:pPr>
              <w:pStyle w:val="Normal"/>
              <w:rPr>
                <w:noProof w:val="0"/>
                <w:lang w:val="en-US"/>
              </w:rPr>
            </w:pPr>
          </w:p>
        </w:tc>
      </w:tr>
      <w:tr w:rsidR="4AF32898" w:rsidTr="4AF32898" w14:paraId="697C04FD">
        <w:trPr>
          <w:trHeight w:val="300"/>
        </w:trPr>
        <w:tc>
          <w:tcPr>
            <w:tcW w:w="3210" w:type="dxa"/>
            <w:tcMar/>
          </w:tcPr>
          <w:p w:rsidR="4AF32898" w:rsidP="4AF32898" w:rsidRDefault="4AF32898" w14:paraId="3A499B8F" w14:textId="1A201037">
            <w:pPr>
              <w:pStyle w:val="Normal"/>
              <w:rPr>
                <w:noProof w:val="0"/>
                <w:lang w:val="en-US"/>
              </w:rPr>
            </w:pPr>
          </w:p>
        </w:tc>
        <w:tc>
          <w:tcPr>
            <w:tcW w:w="2880" w:type="dxa"/>
            <w:tcMar/>
          </w:tcPr>
          <w:p w:rsidR="4AF32898" w:rsidP="4AF32898" w:rsidRDefault="4AF32898" w14:paraId="61041377" w14:textId="1A201037">
            <w:pPr>
              <w:pStyle w:val="Normal"/>
              <w:rPr>
                <w:noProof w:val="0"/>
                <w:lang w:val="en-US"/>
              </w:rPr>
            </w:pPr>
          </w:p>
        </w:tc>
        <w:tc>
          <w:tcPr>
            <w:tcW w:w="2652" w:type="dxa"/>
            <w:tcMar/>
          </w:tcPr>
          <w:p w:rsidR="4AF32898" w:rsidP="4AF32898" w:rsidRDefault="4AF32898" w14:paraId="6CD6077B" w14:textId="1A201037">
            <w:pPr>
              <w:pStyle w:val="Normal"/>
              <w:rPr>
                <w:noProof w:val="0"/>
                <w:lang w:val="en-US"/>
              </w:rPr>
            </w:pPr>
          </w:p>
        </w:tc>
      </w:tr>
      <w:tr w:rsidR="4AF32898" w:rsidTr="4AF32898" w14:paraId="27E3141A">
        <w:trPr>
          <w:trHeight w:val="300"/>
        </w:trPr>
        <w:tc>
          <w:tcPr>
            <w:tcW w:w="3210" w:type="dxa"/>
            <w:tcMar/>
          </w:tcPr>
          <w:p w:rsidR="4AF32898" w:rsidP="4AF32898" w:rsidRDefault="4AF32898" w14:paraId="0777315D" w14:textId="1A201037">
            <w:pPr>
              <w:pStyle w:val="Normal"/>
              <w:rPr>
                <w:noProof w:val="0"/>
                <w:lang w:val="en-US"/>
              </w:rPr>
            </w:pPr>
          </w:p>
        </w:tc>
        <w:tc>
          <w:tcPr>
            <w:tcW w:w="2880" w:type="dxa"/>
            <w:tcMar/>
          </w:tcPr>
          <w:p w:rsidR="4AF32898" w:rsidP="4AF32898" w:rsidRDefault="4AF32898" w14:paraId="3F7FA014" w14:textId="1A201037">
            <w:pPr>
              <w:pStyle w:val="Normal"/>
              <w:rPr>
                <w:noProof w:val="0"/>
                <w:lang w:val="en-US"/>
              </w:rPr>
            </w:pPr>
          </w:p>
        </w:tc>
        <w:tc>
          <w:tcPr>
            <w:tcW w:w="2652" w:type="dxa"/>
            <w:tcMar/>
          </w:tcPr>
          <w:p w:rsidR="4AF32898" w:rsidP="4AF32898" w:rsidRDefault="4AF32898" w14:paraId="3881E8FF" w14:textId="1A201037">
            <w:pPr>
              <w:pStyle w:val="Normal"/>
              <w:rPr>
                <w:noProof w:val="0"/>
                <w:lang w:val="en-US"/>
              </w:rPr>
            </w:pPr>
          </w:p>
        </w:tc>
      </w:tr>
      <w:tr w:rsidR="4AF32898" w:rsidTr="4AF32898" w14:paraId="437EB916">
        <w:trPr>
          <w:trHeight w:val="300"/>
        </w:trPr>
        <w:tc>
          <w:tcPr>
            <w:tcW w:w="3210" w:type="dxa"/>
            <w:tcMar/>
          </w:tcPr>
          <w:p w:rsidR="4AF32898" w:rsidP="4AF32898" w:rsidRDefault="4AF32898" w14:paraId="1032D269" w14:textId="1A201037">
            <w:pPr>
              <w:pStyle w:val="Normal"/>
              <w:rPr>
                <w:noProof w:val="0"/>
                <w:lang w:val="en-US"/>
              </w:rPr>
            </w:pPr>
          </w:p>
        </w:tc>
        <w:tc>
          <w:tcPr>
            <w:tcW w:w="2880" w:type="dxa"/>
            <w:tcMar/>
          </w:tcPr>
          <w:p w:rsidR="4AF32898" w:rsidP="4AF32898" w:rsidRDefault="4AF32898" w14:paraId="7EF1C9FC" w14:textId="1A201037">
            <w:pPr>
              <w:pStyle w:val="Normal"/>
              <w:rPr>
                <w:noProof w:val="0"/>
                <w:lang w:val="en-US"/>
              </w:rPr>
            </w:pPr>
          </w:p>
        </w:tc>
        <w:tc>
          <w:tcPr>
            <w:tcW w:w="2652" w:type="dxa"/>
            <w:tcMar/>
          </w:tcPr>
          <w:p w:rsidR="4AF32898" w:rsidP="4AF32898" w:rsidRDefault="4AF32898" w14:paraId="0C98FABC" w14:textId="1A201037">
            <w:pPr>
              <w:pStyle w:val="Normal"/>
              <w:rPr>
                <w:noProof w:val="0"/>
                <w:lang w:val="en-US"/>
              </w:rPr>
            </w:pPr>
          </w:p>
        </w:tc>
      </w:tr>
      <w:tr w:rsidR="4AF32898" w:rsidTr="4AF32898" w14:paraId="4A83BDD2">
        <w:trPr>
          <w:trHeight w:val="300"/>
        </w:trPr>
        <w:tc>
          <w:tcPr>
            <w:tcW w:w="3210" w:type="dxa"/>
            <w:tcMar/>
          </w:tcPr>
          <w:p w:rsidR="4AF32898" w:rsidP="4AF32898" w:rsidRDefault="4AF32898" w14:paraId="48BCC8B0" w14:textId="1A201037">
            <w:pPr>
              <w:pStyle w:val="Normal"/>
              <w:rPr>
                <w:noProof w:val="0"/>
                <w:lang w:val="en-US"/>
              </w:rPr>
            </w:pPr>
          </w:p>
        </w:tc>
        <w:tc>
          <w:tcPr>
            <w:tcW w:w="2880" w:type="dxa"/>
            <w:tcMar/>
          </w:tcPr>
          <w:p w:rsidR="4AF32898" w:rsidP="4AF32898" w:rsidRDefault="4AF32898" w14:paraId="1C9BC522" w14:textId="1A201037">
            <w:pPr>
              <w:pStyle w:val="Normal"/>
              <w:rPr>
                <w:noProof w:val="0"/>
                <w:lang w:val="en-US"/>
              </w:rPr>
            </w:pPr>
          </w:p>
        </w:tc>
        <w:tc>
          <w:tcPr>
            <w:tcW w:w="2652" w:type="dxa"/>
            <w:tcMar/>
          </w:tcPr>
          <w:p w:rsidR="4AF32898" w:rsidP="4AF32898" w:rsidRDefault="4AF32898" w14:paraId="09F083A5" w14:textId="1A201037">
            <w:pPr>
              <w:pStyle w:val="Normal"/>
              <w:rPr>
                <w:noProof w:val="0"/>
                <w:lang w:val="en-US"/>
              </w:rPr>
            </w:pPr>
          </w:p>
        </w:tc>
      </w:tr>
      <w:tr w:rsidR="4AF32898" w:rsidTr="4AF32898" w14:paraId="73AD5C5A">
        <w:trPr>
          <w:trHeight w:val="300"/>
        </w:trPr>
        <w:tc>
          <w:tcPr>
            <w:tcW w:w="3210" w:type="dxa"/>
            <w:tcMar/>
          </w:tcPr>
          <w:p w:rsidR="4AF32898" w:rsidP="4AF32898" w:rsidRDefault="4AF32898" w14:paraId="718D6F72" w14:textId="1A201037">
            <w:pPr>
              <w:pStyle w:val="Normal"/>
              <w:rPr>
                <w:noProof w:val="0"/>
                <w:lang w:val="en-US"/>
              </w:rPr>
            </w:pPr>
          </w:p>
        </w:tc>
        <w:tc>
          <w:tcPr>
            <w:tcW w:w="2880" w:type="dxa"/>
            <w:tcMar/>
          </w:tcPr>
          <w:p w:rsidR="4AF32898" w:rsidP="4AF32898" w:rsidRDefault="4AF32898" w14:paraId="50787487" w14:textId="1A201037">
            <w:pPr>
              <w:pStyle w:val="Normal"/>
              <w:rPr>
                <w:noProof w:val="0"/>
                <w:lang w:val="en-US"/>
              </w:rPr>
            </w:pPr>
          </w:p>
        </w:tc>
        <w:tc>
          <w:tcPr>
            <w:tcW w:w="2652" w:type="dxa"/>
            <w:tcMar/>
          </w:tcPr>
          <w:p w:rsidR="4AF32898" w:rsidP="4AF32898" w:rsidRDefault="4AF32898" w14:paraId="37364E91" w14:textId="1A201037">
            <w:pPr>
              <w:pStyle w:val="Normal"/>
              <w:rPr>
                <w:noProof w:val="0"/>
                <w:lang w:val="en-US"/>
              </w:rPr>
            </w:pPr>
          </w:p>
        </w:tc>
      </w:tr>
    </w:tbl>
    <w:p w:rsidR="1CE054EA" w:rsidP="4AF32898" w:rsidRDefault="1CE054EA" w14:paraId="4D8D8826" w14:textId="0C54F014">
      <w:pPr>
        <w:pStyle w:val="Normal"/>
        <w:keepNext w:val="1"/>
        <w:keepLines w:val="1"/>
        <w:rPr>
          <w:noProof w:val="0"/>
          <w:lang w:val="en-US"/>
        </w:rPr>
      </w:pPr>
    </w:p>
    <w:p w:rsidR="1BD00012" w:rsidP="28FBA48F" w:rsidRDefault="1BD00012" w14:paraId="1D4DFC8E" w14:textId="18D94089">
      <w:pPr>
        <w:pStyle w:val="Heading2"/>
        <w:keepNext w:val="1"/>
        <w:keepLines w:val="1"/>
        <w:spacing w:before="200" w:after="0"/>
        <w:rPr>
          <w:rFonts w:ascii="Calibri" w:hAnsi="Calibri" w:eastAsia="Calibri" w:cs="Calibri"/>
          <w:b w:val="1"/>
          <w:bCs w:val="1"/>
          <w:i w:val="0"/>
          <w:iCs w:val="0"/>
          <w:caps w:val="0"/>
          <w:smallCaps w:val="0"/>
          <w:noProof w:val="0"/>
          <w:color w:val="4F80BD"/>
          <w:sz w:val="26"/>
          <w:szCs w:val="26"/>
          <w:lang w:val="en-US"/>
        </w:rPr>
      </w:pPr>
      <w:r w:rsidRPr="28FBA48F" w:rsidR="1BD00012">
        <w:rPr>
          <w:rFonts w:ascii="Calibri" w:hAnsi="Calibri" w:eastAsia="Calibri" w:cs="Calibri"/>
          <w:b w:val="1"/>
          <w:bCs w:val="1"/>
          <w:i w:val="0"/>
          <w:iCs w:val="0"/>
          <w:caps w:val="0"/>
          <w:smallCaps w:val="0"/>
          <w:noProof w:val="0"/>
          <w:color w:val="4F80BD"/>
          <w:sz w:val="26"/>
          <w:szCs w:val="26"/>
          <w:lang w:val="en-US"/>
        </w:rPr>
        <w:t>Universities Attended</w:t>
      </w:r>
    </w:p>
    <w:p w:rsidR="1BD00012" w:rsidP="28FBA48F" w:rsidRDefault="1BD00012" w14:paraId="47450384" w14:textId="19CA7B45">
      <w:pPr>
        <w:pStyle w:val="Normal"/>
        <w:keepNext w:val="1"/>
        <w:keepLines w:val="1"/>
        <w:rPr>
          <w:noProof w:val="0"/>
          <w:lang w:val="en-US"/>
        </w:rPr>
      </w:pPr>
      <w:r w:rsidRPr="28FBA48F" w:rsidR="1BD00012">
        <w:rPr>
          <w:noProof w:val="0"/>
          <w:lang w:val="en-US"/>
        </w:rPr>
        <w:t xml:space="preserve">Tick box </w:t>
      </w:r>
      <w:r w:rsidRPr="28FBA48F" w:rsidR="1BD00012">
        <w:rPr>
          <w:noProof w:val="0"/>
          <w:lang w:val="en-US"/>
        </w:rPr>
        <w:t>option</w:t>
      </w:r>
      <w:r w:rsidRPr="28FBA48F" w:rsidR="1BD00012">
        <w:rPr>
          <w:noProof w:val="0"/>
          <w:lang w:val="en-US"/>
        </w:rPr>
        <w:t xml:space="preserve"> – I have left this section blank because I have nothing to add</w:t>
      </w:r>
    </w:p>
    <w:p w:rsidR="1CE054EA" w:rsidP="4AF32898" w:rsidRDefault="1CE054EA" w14:paraId="03B7E9AD" w14:textId="2C5EA388">
      <w:pPr>
        <w:pStyle w:val="Heading2"/>
        <w:keepNext w:val="1"/>
        <w:keepLines w:val="1"/>
        <w:spacing w:before="200" w:after="0"/>
        <w:rPr>
          <w:rFonts w:ascii="Calibri" w:hAnsi="Calibri" w:eastAsia="Calibri" w:cs="Calibri"/>
          <w:b w:val="1"/>
          <w:bCs w:val="1"/>
          <w:i w:val="0"/>
          <w:iCs w:val="0"/>
          <w:caps w:val="0"/>
          <w:smallCaps w:val="0"/>
          <w:noProof w:val="0"/>
          <w:color w:val="4F81BD" w:themeColor="accent1" w:themeTint="FF" w:themeShade="FF"/>
          <w:sz w:val="26"/>
          <w:szCs w:val="26"/>
          <w:lang w:val="en-US"/>
        </w:rPr>
      </w:pPr>
      <w:r w:rsidRPr="4AF32898" w:rsidR="2191E0E2">
        <w:rPr>
          <w:rFonts w:ascii="Calibri" w:hAnsi="Calibri" w:eastAsia="Calibri" w:cs="Calibri"/>
          <w:b w:val="1"/>
          <w:bCs w:val="1"/>
          <w:i w:val="0"/>
          <w:iCs w:val="0"/>
          <w:caps w:val="0"/>
          <w:smallCaps w:val="0"/>
          <w:noProof w:val="0"/>
          <w:color w:val="4F81BD" w:themeColor="accent1" w:themeTint="FF" w:themeShade="FF"/>
          <w:sz w:val="26"/>
          <w:szCs w:val="26"/>
          <w:lang w:val="en-US"/>
        </w:rPr>
        <w:t>Degrees/Diplomas</w:t>
      </w:r>
    </w:p>
    <w:p w:rsidR="2191E0E2" w:rsidP="28FBA48F" w:rsidRDefault="2191E0E2" w14:paraId="294FCCAE" w14:textId="2EA9323A">
      <w:pPr>
        <w:pStyle w:val="Normal"/>
        <w:keepNext w:val="1"/>
        <w:keepLines w:val="1"/>
        <w:rPr>
          <w:noProof w:val="0"/>
          <w:lang w:val="en-US"/>
        </w:rPr>
      </w:pPr>
      <w:r w:rsidRPr="28FBA48F" w:rsidR="2191E0E2">
        <w:rPr>
          <w:noProof w:val="0"/>
          <w:lang w:val="en-US"/>
        </w:rPr>
        <w:t xml:space="preserve">Please provide all the qualifications that you have achieved, which you feel are relevant to your application for an NIHR Clinical Lectureship. Where a class or grade was associated with your qualification, please provide this information. The date and awarding body of your qualification(s) should also be provided. Please note that original certificates will be requested at </w:t>
      </w:r>
      <w:r w:rsidRPr="28FBA48F" w:rsidR="2191E0E2">
        <w:rPr>
          <w:noProof w:val="0"/>
          <w:lang w:val="en-US"/>
        </w:rPr>
        <w:t>interview</w:t>
      </w:r>
    </w:p>
    <w:tbl>
      <w:tblPr>
        <w:tblStyle w:val="TableGrid"/>
        <w:tblW w:w="0" w:type="auto"/>
        <w:tblLook w:val="06A0" w:firstRow="1" w:lastRow="0" w:firstColumn="1" w:lastColumn="0" w:noHBand="1" w:noVBand="1"/>
      </w:tblPr>
      <w:tblGrid>
        <w:gridCol w:w="2160"/>
        <w:gridCol w:w="2160"/>
        <w:gridCol w:w="2160"/>
        <w:gridCol w:w="2160"/>
      </w:tblGrid>
      <w:tr w:rsidR="4AF32898" w:rsidTr="28FBA48F" w14:paraId="128FE33C">
        <w:trPr>
          <w:trHeight w:val="300"/>
        </w:trPr>
        <w:tc>
          <w:tcPr>
            <w:tcW w:w="2160" w:type="dxa"/>
            <w:tcMar/>
          </w:tcPr>
          <w:p w:rsidR="1BC30B29" w:rsidP="4AF32898" w:rsidRDefault="1BC30B29" w14:paraId="5C671B7A" w14:textId="68D53C16">
            <w:pPr>
              <w:pStyle w:val="Normal"/>
              <w:rPr>
                <w:noProof w:val="0"/>
                <w:u w:val="single"/>
                <w:lang w:val="en-US"/>
              </w:rPr>
            </w:pPr>
            <w:r w:rsidRPr="4AF32898" w:rsidR="1BC30B29">
              <w:rPr>
                <w:noProof w:val="0"/>
                <w:u w:val="single"/>
                <w:lang w:val="en-US"/>
              </w:rPr>
              <w:t>Qualification</w:t>
            </w:r>
          </w:p>
        </w:tc>
        <w:tc>
          <w:tcPr>
            <w:tcW w:w="2160" w:type="dxa"/>
            <w:tcMar/>
          </w:tcPr>
          <w:p w:rsidR="1BC30B29" w:rsidP="4AF32898" w:rsidRDefault="1BC30B29" w14:paraId="2E762AFE" w14:textId="6B1B220F">
            <w:pPr>
              <w:pStyle w:val="Normal"/>
              <w:rPr>
                <w:noProof w:val="0"/>
                <w:u w:val="single"/>
                <w:lang w:val="en-US"/>
              </w:rPr>
            </w:pPr>
            <w:r w:rsidRPr="4AF32898" w:rsidR="1BC30B29">
              <w:rPr>
                <w:noProof w:val="0"/>
                <w:u w:val="single"/>
                <w:lang w:val="en-US"/>
              </w:rPr>
              <w:t xml:space="preserve">Class or Grade Associated  </w:t>
            </w:r>
          </w:p>
        </w:tc>
        <w:tc>
          <w:tcPr>
            <w:tcW w:w="2160" w:type="dxa"/>
            <w:tcMar/>
          </w:tcPr>
          <w:p w:rsidR="1BC30B29" w:rsidP="4AF32898" w:rsidRDefault="1BC30B29" w14:paraId="49C1C8B0" w14:textId="6676C496">
            <w:pPr>
              <w:pStyle w:val="Normal"/>
              <w:rPr>
                <w:noProof w:val="0"/>
                <w:u w:val="single"/>
                <w:lang w:val="en-US"/>
              </w:rPr>
            </w:pPr>
            <w:r w:rsidRPr="4AF32898" w:rsidR="1BC30B29">
              <w:rPr>
                <w:noProof w:val="0"/>
                <w:u w:val="single"/>
                <w:lang w:val="en-US"/>
              </w:rPr>
              <w:t>Awarding Body</w:t>
            </w:r>
          </w:p>
        </w:tc>
        <w:tc>
          <w:tcPr>
            <w:tcW w:w="2160" w:type="dxa"/>
            <w:tcMar/>
          </w:tcPr>
          <w:p w:rsidR="1BC30B29" w:rsidP="4AF32898" w:rsidRDefault="1BC30B29" w14:paraId="160384BD" w14:textId="1CFC3B73">
            <w:pPr>
              <w:pStyle w:val="Normal"/>
              <w:rPr>
                <w:noProof w:val="0"/>
                <w:u w:val="single"/>
                <w:lang w:val="en-US"/>
              </w:rPr>
            </w:pPr>
            <w:r w:rsidRPr="4AF32898" w:rsidR="1BC30B29">
              <w:rPr>
                <w:noProof w:val="0"/>
                <w:u w:val="single"/>
                <w:lang w:val="en-US"/>
              </w:rPr>
              <w:t>Date of your qualification</w:t>
            </w:r>
          </w:p>
        </w:tc>
      </w:tr>
      <w:tr w:rsidR="4AF32898" w:rsidTr="28FBA48F" w14:paraId="4047DA28">
        <w:trPr>
          <w:trHeight w:val="300"/>
        </w:trPr>
        <w:tc>
          <w:tcPr>
            <w:tcW w:w="2160" w:type="dxa"/>
            <w:tcMar/>
          </w:tcPr>
          <w:p w:rsidR="4AF32898" w:rsidP="4AF32898" w:rsidRDefault="4AF32898" w14:paraId="44AB24B7" w14:textId="2F2EDF2C">
            <w:pPr>
              <w:pStyle w:val="Normal"/>
              <w:rPr>
                <w:noProof w:val="0"/>
                <w:lang w:val="en-US"/>
              </w:rPr>
            </w:pPr>
          </w:p>
        </w:tc>
        <w:tc>
          <w:tcPr>
            <w:tcW w:w="2160" w:type="dxa"/>
            <w:tcMar/>
          </w:tcPr>
          <w:p w:rsidR="4AF32898" w:rsidP="4AF32898" w:rsidRDefault="4AF32898" w14:paraId="7B720282" w14:textId="2F2EDF2C">
            <w:pPr>
              <w:pStyle w:val="Normal"/>
              <w:rPr>
                <w:noProof w:val="0"/>
                <w:lang w:val="en-US"/>
              </w:rPr>
            </w:pPr>
          </w:p>
        </w:tc>
        <w:tc>
          <w:tcPr>
            <w:tcW w:w="2160" w:type="dxa"/>
            <w:tcMar/>
          </w:tcPr>
          <w:p w:rsidR="4AF32898" w:rsidP="4AF32898" w:rsidRDefault="4AF32898" w14:paraId="6BA91D86" w14:textId="2F2EDF2C">
            <w:pPr>
              <w:pStyle w:val="Normal"/>
              <w:rPr>
                <w:noProof w:val="0"/>
                <w:lang w:val="en-US"/>
              </w:rPr>
            </w:pPr>
          </w:p>
        </w:tc>
        <w:tc>
          <w:tcPr>
            <w:tcW w:w="2160" w:type="dxa"/>
            <w:tcMar/>
          </w:tcPr>
          <w:p w:rsidR="4AF32898" w:rsidP="4AF32898" w:rsidRDefault="4AF32898" w14:paraId="543277A8" w14:textId="2F2EDF2C">
            <w:pPr>
              <w:pStyle w:val="Normal"/>
              <w:rPr>
                <w:noProof w:val="0"/>
                <w:lang w:val="en-US"/>
              </w:rPr>
            </w:pPr>
          </w:p>
        </w:tc>
      </w:tr>
      <w:tr w:rsidR="4AF32898" w:rsidTr="28FBA48F" w14:paraId="23B3D714">
        <w:trPr>
          <w:trHeight w:val="300"/>
        </w:trPr>
        <w:tc>
          <w:tcPr>
            <w:tcW w:w="2160" w:type="dxa"/>
            <w:tcMar/>
          </w:tcPr>
          <w:p w:rsidR="4AF32898" w:rsidP="4AF32898" w:rsidRDefault="4AF32898" w14:paraId="3E0ED725" w14:textId="2F2EDF2C">
            <w:pPr>
              <w:pStyle w:val="Normal"/>
              <w:rPr>
                <w:noProof w:val="0"/>
                <w:lang w:val="en-US"/>
              </w:rPr>
            </w:pPr>
          </w:p>
        </w:tc>
        <w:tc>
          <w:tcPr>
            <w:tcW w:w="2160" w:type="dxa"/>
            <w:tcMar/>
          </w:tcPr>
          <w:p w:rsidR="4AF32898" w:rsidP="4AF32898" w:rsidRDefault="4AF32898" w14:paraId="670FD4F6" w14:textId="2F2EDF2C">
            <w:pPr>
              <w:pStyle w:val="Normal"/>
              <w:rPr>
                <w:noProof w:val="0"/>
                <w:lang w:val="en-US"/>
              </w:rPr>
            </w:pPr>
          </w:p>
        </w:tc>
        <w:tc>
          <w:tcPr>
            <w:tcW w:w="2160" w:type="dxa"/>
            <w:tcMar/>
          </w:tcPr>
          <w:p w:rsidR="4AF32898" w:rsidP="4AF32898" w:rsidRDefault="4AF32898" w14:paraId="20AF196D" w14:textId="2F2EDF2C">
            <w:pPr>
              <w:pStyle w:val="Normal"/>
              <w:rPr>
                <w:noProof w:val="0"/>
                <w:lang w:val="en-US"/>
              </w:rPr>
            </w:pPr>
          </w:p>
        </w:tc>
        <w:tc>
          <w:tcPr>
            <w:tcW w:w="2160" w:type="dxa"/>
            <w:tcMar/>
          </w:tcPr>
          <w:p w:rsidR="4AF32898" w:rsidP="4AF32898" w:rsidRDefault="4AF32898" w14:paraId="57186143" w14:textId="2F2EDF2C">
            <w:pPr>
              <w:pStyle w:val="Normal"/>
              <w:rPr>
                <w:noProof w:val="0"/>
                <w:lang w:val="en-US"/>
              </w:rPr>
            </w:pPr>
          </w:p>
        </w:tc>
      </w:tr>
      <w:tr w:rsidR="4AF32898" w:rsidTr="28FBA48F" w14:paraId="2A1DFF93">
        <w:trPr>
          <w:trHeight w:val="300"/>
        </w:trPr>
        <w:tc>
          <w:tcPr>
            <w:tcW w:w="2160" w:type="dxa"/>
            <w:tcMar/>
          </w:tcPr>
          <w:p w:rsidR="4AF32898" w:rsidP="4AF32898" w:rsidRDefault="4AF32898" w14:paraId="0A17461D" w14:textId="2F2EDF2C">
            <w:pPr>
              <w:pStyle w:val="Normal"/>
              <w:rPr>
                <w:noProof w:val="0"/>
                <w:lang w:val="en-US"/>
              </w:rPr>
            </w:pPr>
          </w:p>
        </w:tc>
        <w:tc>
          <w:tcPr>
            <w:tcW w:w="2160" w:type="dxa"/>
            <w:tcMar/>
          </w:tcPr>
          <w:p w:rsidR="4AF32898" w:rsidP="4AF32898" w:rsidRDefault="4AF32898" w14:paraId="2482EC15" w14:textId="2F2EDF2C">
            <w:pPr>
              <w:pStyle w:val="Normal"/>
              <w:rPr>
                <w:noProof w:val="0"/>
                <w:lang w:val="en-US"/>
              </w:rPr>
            </w:pPr>
          </w:p>
        </w:tc>
        <w:tc>
          <w:tcPr>
            <w:tcW w:w="2160" w:type="dxa"/>
            <w:tcMar/>
          </w:tcPr>
          <w:p w:rsidR="4AF32898" w:rsidP="4AF32898" w:rsidRDefault="4AF32898" w14:paraId="59A39781" w14:textId="2F2EDF2C">
            <w:pPr>
              <w:pStyle w:val="Normal"/>
              <w:rPr>
                <w:noProof w:val="0"/>
                <w:lang w:val="en-US"/>
              </w:rPr>
            </w:pPr>
          </w:p>
        </w:tc>
        <w:tc>
          <w:tcPr>
            <w:tcW w:w="2160" w:type="dxa"/>
            <w:tcMar/>
          </w:tcPr>
          <w:p w:rsidR="4AF32898" w:rsidP="4AF32898" w:rsidRDefault="4AF32898" w14:paraId="37F60D05" w14:textId="2F2EDF2C">
            <w:pPr>
              <w:pStyle w:val="Normal"/>
              <w:rPr>
                <w:noProof w:val="0"/>
                <w:lang w:val="en-US"/>
              </w:rPr>
            </w:pPr>
          </w:p>
        </w:tc>
      </w:tr>
      <w:tr w:rsidR="4AF32898" w:rsidTr="28FBA48F" w14:paraId="3F802095">
        <w:trPr>
          <w:trHeight w:val="300"/>
        </w:trPr>
        <w:tc>
          <w:tcPr>
            <w:tcW w:w="2160" w:type="dxa"/>
            <w:tcMar/>
          </w:tcPr>
          <w:p w:rsidR="4AF32898" w:rsidP="4AF32898" w:rsidRDefault="4AF32898" w14:paraId="59B6A7E9" w14:textId="2F2EDF2C">
            <w:pPr>
              <w:pStyle w:val="Normal"/>
              <w:rPr>
                <w:noProof w:val="0"/>
                <w:lang w:val="en-US"/>
              </w:rPr>
            </w:pPr>
          </w:p>
        </w:tc>
        <w:tc>
          <w:tcPr>
            <w:tcW w:w="2160" w:type="dxa"/>
            <w:tcMar/>
          </w:tcPr>
          <w:p w:rsidR="4AF32898" w:rsidP="4AF32898" w:rsidRDefault="4AF32898" w14:paraId="5B3F6F65" w14:textId="2F2EDF2C">
            <w:pPr>
              <w:pStyle w:val="Normal"/>
              <w:rPr>
                <w:noProof w:val="0"/>
                <w:lang w:val="en-US"/>
              </w:rPr>
            </w:pPr>
          </w:p>
        </w:tc>
        <w:tc>
          <w:tcPr>
            <w:tcW w:w="2160" w:type="dxa"/>
            <w:tcMar/>
          </w:tcPr>
          <w:p w:rsidR="4AF32898" w:rsidP="4AF32898" w:rsidRDefault="4AF32898" w14:paraId="52944162" w14:textId="2F2EDF2C">
            <w:pPr>
              <w:pStyle w:val="Normal"/>
              <w:rPr>
                <w:noProof w:val="0"/>
                <w:lang w:val="en-US"/>
              </w:rPr>
            </w:pPr>
          </w:p>
        </w:tc>
        <w:tc>
          <w:tcPr>
            <w:tcW w:w="2160" w:type="dxa"/>
            <w:tcMar/>
          </w:tcPr>
          <w:p w:rsidR="4AF32898" w:rsidP="4AF32898" w:rsidRDefault="4AF32898" w14:paraId="54426F5E" w14:textId="2F2EDF2C">
            <w:pPr>
              <w:pStyle w:val="Normal"/>
              <w:rPr>
                <w:noProof w:val="0"/>
                <w:lang w:val="en-US"/>
              </w:rPr>
            </w:pPr>
          </w:p>
        </w:tc>
      </w:tr>
      <w:tr w:rsidR="4AF32898" w:rsidTr="28FBA48F" w14:paraId="1D4D64F0">
        <w:trPr>
          <w:trHeight w:val="300"/>
        </w:trPr>
        <w:tc>
          <w:tcPr>
            <w:tcW w:w="2160" w:type="dxa"/>
            <w:tcMar/>
          </w:tcPr>
          <w:p w:rsidR="4AF32898" w:rsidP="4AF32898" w:rsidRDefault="4AF32898" w14:paraId="4C8676B9" w14:textId="2F2EDF2C">
            <w:pPr>
              <w:pStyle w:val="Normal"/>
              <w:rPr>
                <w:noProof w:val="0"/>
                <w:lang w:val="en-US"/>
              </w:rPr>
            </w:pPr>
          </w:p>
        </w:tc>
        <w:tc>
          <w:tcPr>
            <w:tcW w:w="2160" w:type="dxa"/>
            <w:tcMar/>
          </w:tcPr>
          <w:p w:rsidR="4AF32898" w:rsidP="4AF32898" w:rsidRDefault="4AF32898" w14:paraId="0FD9DB2F" w14:textId="2F2EDF2C">
            <w:pPr>
              <w:pStyle w:val="Normal"/>
              <w:rPr>
                <w:noProof w:val="0"/>
                <w:lang w:val="en-US"/>
              </w:rPr>
            </w:pPr>
          </w:p>
        </w:tc>
        <w:tc>
          <w:tcPr>
            <w:tcW w:w="2160" w:type="dxa"/>
            <w:tcMar/>
          </w:tcPr>
          <w:p w:rsidR="4AF32898" w:rsidP="4AF32898" w:rsidRDefault="4AF32898" w14:paraId="783E93D5" w14:textId="2F2EDF2C">
            <w:pPr>
              <w:pStyle w:val="Normal"/>
              <w:rPr>
                <w:noProof w:val="0"/>
                <w:lang w:val="en-US"/>
              </w:rPr>
            </w:pPr>
          </w:p>
        </w:tc>
        <w:tc>
          <w:tcPr>
            <w:tcW w:w="2160" w:type="dxa"/>
            <w:tcMar/>
          </w:tcPr>
          <w:p w:rsidR="4AF32898" w:rsidP="4AF32898" w:rsidRDefault="4AF32898" w14:paraId="10283B50" w14:textId="2F2EDF2C">
            <w:pPr>
              <w:pStyle w:val="Normal"/>
              <w:rPr>
                <w:noProof w:val="0"/>
                <w:lang w:val="en-US"/>
              </w:rPr>
            </w:pPr>
          </w:p>
        </w:tc>
      </w:tr>
      <w:tr w:rsidR="4AF32898" w:rsidTr="28FBA48F" w14:paraId="3EAFEFC1">
        <w:trPr>
          <w:trHeight w:val="300"/>
        </w:trPr>
        <w:tc>
          <w:tcPr>
            <w:tcW w:w="2160" w:type="dxa"/>
            <w:tcMar/>
          </w:tcPr>
          <w:p w:rsidR="4AF32898" w:rsidP="4AF32898" w:rsidRDefault="4AF32898" w14:paraId="121C780D" w14:textId="2F2EDF2C">
            <w:pPr>
              <w:pStyle w:val="Normal"/>
              <w:rPr>
                <w:noProof w:val="0"/>
                <w:lang w:val="en-US"/>
              </w:rPr>
            </w:pPr>
          </w:p>
        </w:tc>
        <w:tc>
          <w:tcPr>
            <w:tcW w:w="2160" w:type="dxa"/>
            <w:tcMar/>
          </w:tcPr>
          <w:p w:rsidR="4AF32898" w:rsidP="4AF32898" w:rsidRDefault="4AF32898" w14:paraId="39752833" w14:textId="23C6263F">
            <w:pPr>
              <w:pStyle w:val="Normal"/>
              <w:rPr>
                <w:noProof w:val="0"/>
                <w:lang w:val="en-US"/>
              </w:rPr>
            </w:pPr>
          </w:p>
        </w:tc>
        <w:tc>
          <w:tcPr>
            <w:tcW w:w="2160" w:type="dxa"/>
            <w:tcMar/>
          </w:tcPr>
          <w:p w:rsidR="4AF32898" w:rsidP="4AF32898" w:rsidRDefault="4AF32898" w14:paraId="565A839E" w14:textId="2F2EDF2C">
            <w:pPr>
              <w:pStyle w:val="Normal"/>
              <w:rPr>
                <w:noProof w:val="0"/>
                <w:lang w:val="en-US"/>
              </w:rPr>
            </w:pPr>
          </w:p>
        </w:tc>
        <w:tc>
          <w:tcPr>
            <w:tcW w:w="2160" w:type="dxa"/>
            <w:tcMar/>
          </w:tcPr>
          <w:p w:rsidR="4AF32898" w:rsidP="4AF32898" w:rsidRDefault="4AF32898" w14:paraId="4539A94F" w14:textId="2F2EDF2C">
            <w:pPr>
              <w:pStyle w:val="Normal"/>
              <w:rPr>
                <w:noProof w:val="0"/>
                <w:lang w:val="en-US"/>
              </w:rPr>
            </w:pPr>
          </w:p>
        </w:tc>
      </w:tr>
    </w:tbl>
    <w:p w:rsidR="73979CB5" w:rsidP="28FBA48F" w:rsidRDefault="73979CB5" w14:paraId="6E924101" w14:textId="2C5EA388">
      <w:pPr>
        <w:pStyle w:val="Heading2"/>
        <w:keepNext w:val="1"/>
        <w:keepLines w:val="1"/>
        <w:spacing w:before="200" w:after="0"/>
        <w:rPr>
          <w:rFonts w:ascii="Calibri" w:hAnsi="Calibri" w:eastAsia="Calibri" w:cs="Calibri"/>
          <w:b w:val="1"/>
          <w:bCs w:val="1"/>
          <w:i w:val="0"/>
          <w:iCs w:val="0"/>
          <w:caps w:val="0"/>
          <w:smallCaps w:val="0"/>
          <w:noProof w:val="0"/>
          <w:color w:val="4F80BD"/>
          <w:sz w:val="26"/>
          <w:szCs w:val="26"/>
          <w:lang w:val="en-US"/>
        </w:rPr>
      </w:pPr>
      <w:r w:rsidRPr="28FBA48F" w:rsidR="73979CB5">
        <w:rPr>
          <w:rFonts w:ascii="Calibri" w:hAnsi="Calibri" w:eastAsia="Calibri" w:cs="Calibri"/>
          <w:b w:val="1"/>
          <w:bCs w:val="1"/>
          <w:i w:val="0"/>
          <w:iCs w:val="0"/>
          <w:caps w:val="0"/>
          <w:smallCaps w:val="0"/>
          <w:noProof w:val="0"/>
          <w:color w:val="4F80BD"/>
          <w:sz w:val="26"/>
          <w:szCs w:val="26"/>
          <w:lang w:val="en-US"/>
        </w:rPr>
        <w:t>Degrees/Diplomas</w:t>
      </w:r>
    </w:p>
    <w:p w:rsidR="73979CB5" w:rsidP="28FBA48F" w:rsidRDefault="73979CB5" w14:paraId="581D40FE" w14:textId="232EE452">
      <w:pPr>
        <w:pStyle w:val="Normal"/>
        <w:keepNext w:val="1"/>
        <w:keepLines w:val="1"/>
        <w:rPr>
          <w:noProof w:val="0"/>
          <w:lang w:val="en-US"/>
        </w:rPr>
      </w:pPr>
      <w:r w:rsidRPr="28FBA48F" w:rsidR="73979CB5">
        <w:rPr>
          <w:noProof w:val="0"/>
          <w:lang w:val="en-US"/>
        </w:rPr>
        <w:t xml:space="preserve">Tick box </w:t>
      </w:r>
      <w:r w:rsidRPr="28FBA48F" w:rsidR="73979CB5">
        <w:rPr>
          <w:noProof w:val="0"/>
          <w:lang w:val="en-US"/>
        </w:rPr>
        <w:t>option</w:t>
      </w:r>
      <w:r w:rsidRPr="28FBA48F" w:rsidR="73979CB5">
        <w:rPr>
          <w:noProof w:val="0"/>
          <w:lang w:val="en-US"/>
        </w:rPr>
        <w:t xml:space="preserve"> – I have left this section blank because I have nothing to add</w:t>
      </w:r>
    </w:p>
    <w:p w:rsidR="1CE054EA" w:rsidP="4AF32898" w:rsidRDefault="1CE054EA" w14:paraId="304A0C1F" w14:textId="6EF98764">
      <w:pPr>
        <w:pStyle w:val="Heading2"/>
        <w:keepNext w:val="1"/>
        <w:keepLines w:val="1"/>
        <w:rPr>
          <w:noProof w:val="0"/>
          <w:lang w:val="en-US"/>
        </w:rPr>
      </w:pPr>
      <w:r w:rsidRPr="115BE36C" w:rsidR="1BC30B29">
        <w:rPr>
          <w:rFonts w:ascii="Calibri" w:hAnsi="Calibri" w:eastAsia="Calibri" w:cs="Calibri"/>
          <w:b w:val="1"/>
          <w:bCs w:val="1"/>
          <w:i w:val="0"/>
          <w:iCs w:val="0"/>
          <w:caps w:val="0"/>
          <w:smallCaps w:val="0"/>
          <w:noProof w:val="0"/>
          <w:color w:val="4F80BD"/>
          <w:sz w:val="26"/>
          <w:szCs w:val="26"/>
          <w:lang w:val="en-US"/>
        </w:rPr>
        <w:t>Teaching and Audit</w:t>
      </w:r>
    </w:p>
    <w:p w:rsidR="1CE054EA" w:rsidP="115BE36C" w:rsidRDefault="1CE054EA" w14:paraId="51443551" w14:textId="1B4EF1D4">
      <w:pPr>
        <w:pStyle w:val="Normal"/>
        <w:keepNext w:val="1"/>
        <w:keepLines w:val="1"/>
        <w:rPr>
          <w:b w:val="1"/>
          <w:bCs w:val="1"/>
          <w:noProof w:val="0"/>
          <w:lang w:val="en-US"/>
        </w:rPr>
      </w:pPr>
      <w:r w:rsidRPr="115BE36C" w:rsidR="77BF3733">
        <w:rPr>
          <w:b w:val="1"/>
          <w:bCs w:val="1"/>
          <w:noProof w:val="0"/>
          <w:lang w:val="en-US"/>
        </w:rPr>
        <w:t>Teaching experience</w:t>
      </w:r>
    </w:p>
    <w:p w:rsidR="1CE054EA" w:rsidP="115BE36C" w:rsidRDefault="1CE054EA" w14:paraId="6D28AE8D" w14:textId="0B5D2D64">
      <w:pPr>
        <w:pStyle w:val="Normal"/>
        <w:keepNext w:val="1"/>
        <w:keepLines w:val="1"/>
        <w:rPr>
          <w:noProof w:val="0"/>
          <w:lang w:val="en-US"/>
        </w:rPr>
      </w:pPr>
      <w:r w:rsidRPr="115BE36C" w:rsidR="1BC30B29">
        <w:rPr>
          <w:noProof w:val="0"/>
          <w:lang w:val="en-US"/>
        </w:rPr>
        <w:t xml:space="preserve">Please describe any experience you have of teaching, any involvement in </w:t>
      </w:r>
      <w:r w:rsidRPr="115BE36C" w:rsidR="1BC30B29">
        <w:rPr>
          <w:noProof w:val="0"/>
          <w:lang w:val="en-US"/>
        </w:rPr>
        <w:t>organised</w:t>
      </w:r>
      <w:r w:rsidRPr="115BE36C" w:rsidR="1BC30B29">
        <w:rPr>
          <w:noProof w:val="0"/>
          <w:lang w:val="en-US"/>
        </w:rPr>
        <w:t xml:space="preserve"> </w:t>
      </w:r>
      <w:bookmarkStart w:name="_Int_1j0GUYi6" w:id="875211773"/>
      <w:r w:rsidRPr="115BE36C" w:rsidR="1BC30B29">
        <w:rPr>
          <w:noProof w:val="0"/>
          <w:lang w:val="en-US"/>
        </w:rPr>
        <w:t>teaching</w:t>
      </w:r>
      <w:bookmarkEnd w:id="875211773"/>
      <w:r w:rsidRPr="115BE36C" w:rsidR="1BC30B29">
        <w:rPr>
          <w:noProof w:val="0"/>
          <w:lang w:val="en-US"/>
        </w:rPr>
        <w:t xml:space="preserve"> and </w:t>
      </w:r>
      <w:r w:rsidRPr="115BE36C" w:rsidR="1BC30B29">
        <w:rPr>
          <w:noProof w:val="0"/>
          <w:lang w:val="en-US"/>
        </w:rPr>
        <w:t>indicate</w:t>
      </w:r>
      <w:r w:rsidRPr="115BE36C" w:rsidR="1BC30B29">
        <w:rPr>
          <w:noProof w:val="0"/>
          <w:lang w:val="en-US"/>
        </w:rPr>
        <w:t xml:space="preserve"> where this is relevant to research. You may also include examples outside of medicine.</w:t>
      </w:r>
    </w:p>
    <w:p w:rsidR="1CE054EA" w:rsidP="4AF32898" w:rsidRDefault="1CE054EA" w14:paraId="017C0738" w14:textId="310F3B04">
      <w:pPr>
        <w:pStyle w:val="Normal"/>
        <w:keepNext w:val="1"/>
        <w:keepLines w:val="1"/>
      </w:pPr>
      <w:r w:rsidRPr="4AF32898" w:rsidR="1BC30B29">
        <w:rPr>
          <w:noProof w:val="0"/>
          <w:lang w:val="en-US"/>
        </w:rPr>
        <w:t>If you do not wish to add anything, please input "N/A".</w:t>
      </w:r>
    </w:p>
    <w:tbl>
      <w:tblPr>
        <w:tblStyle w:val="TableGrid"/>
        <w:tblW w:w="0" w:type="auto"/>
        <w:tblLook w:val="06A0" w:firstRow="1" w:lastRow="0" w:firstColumn="1" w:lastColumn="0" w:noHBand="1" w:noVBand="1"/>
      </w:tblPr>
      <w:tblGrid>
        <w:gridCol w:w="8640"/>
      </w:tblGrid>
      <w:tr w:rsidR="4AF32898" w:rsidTr="4AF32898" w14:paraId="11E63D3D">
        <w:trPr>
          <w:trHeight w:val="1230"/>
        </w:trPr>
        <w:tc>
          <w:tcPr>
            <w:tcW w:w="8640" w:type="dxa"/>
            <w:tcMar/>
          </w:tcPr>
          <w:p w:rsidR="4AF32898" w:rsidP="4AF32898" w:rsidRDefault="4AF32898" w14:paraId="0C6FBFB4" w14:textId="7CDF1209">
            <w:pPr>
              <w:pStyle w:val="Normal"/>
              <w:rPr>
                <w:noProof w:val="0"/>
                <w:lang w:val="en-US"/>
              </w:rPr>
            </w:pPr>
          </w:p>
        </w:tc>
      </w:tr>
    </w:tbl>
    <w:p w:rsidR="1CE054EA" w:rsidP="4AF32898" w:rsidRDefault="1CE054EA" w14:paraId="1C05AF6A" w14:textId="6F13A90E">
      <w:pPr>
        <w:pStyle w:val="Normal"/>
        <w:suppressLineNumbers w:val="0"/>
        <w:bidi w:val="0"/>
        <w:spacing w:before="0" w:beforeAutospacing="off" w:after="200" w:afterAutospacing="off" w:line="276" w:lineRule="auto"/>
        <w:ind w:left="0" w:right="0"/>
        <w:jc w:val="left"/>
        <w:rPr>
          <w:noProof w:val="0"/>
          <w:lang w:val="en-US"/>
        </w:rPr>
      </w:pPr>
    </w:p>
    <w:p w:rsidR="1CE054EA" w:rsidP="115BE36C" w:rsidRDefault="1CE054EA" w14:paraId="4751D4B3" w14:textId="1C1830BC">
      <w:pPr>
        <w:pStyle w:val="Normal"/>
        <w:keepNext w:val="1"/>
        <w:keepLines w:val="1"/>
        <w:rPr>
          <w:b w:val="1"/>
          <w:bCs w:val="1"/>
          <w:noProof w:val="0"/>
          <w:lang w:val="en-US"/>
        </w:rPr>
      </w:pPr>
      <w:r w:rsidRPr="115BE36C" w:rsidR="0F236153">
        <w:rPr>
          <w:b w:val="1"/>
          <w:bCs w:val="1"/>
          <w:noProof w:val="0"/>
          <w:lang w:val="en-US"/>
        </w:rPr>
        <w:t>Publications</w:t>
      </w:r>
    </w:p>
    <w:p w:rsidR="1CE054EA" w:rsidP="4AF32898" w:rsidRDefault="1CE054EA" w14:paraId="5835986F" w14:textId="360E10C1">
      <w:pPr>
        <w:pStyle w:val="Normal"/>
        <w:keepNext w:val="1"/>
        <w:keepLines w:val="1"/>
        <w:rPr>
          <w:noProof w:val="0"/>
          <w:lang w:val="en-US"/>
        </w:rPr>
      </w:pPr>
      <w:r w:rsidRPr="4AF32898" w:rsidR="0F236153">
        <w:rPr>
          <w:noProof w:val="0"/>
          <w:lang w:val="en-US"/>
        </w:rPr>
        <w:t xml:space="preserve">Please list all your publications in peer reviewed journals. Please note that short-listed candidates may be required to provide copies of their peer-reviewed publications at </w:t>
      </w:r>
      <w:bookmarkStart w:name="_Int_s7F3dqFS" w:id="616588019"/>
      <w:r w:rsidRPr="4AF32898" w:rsidR="0F236153">
        <w:rPr>
          <w:noProof w:val="0"/>
          <w:lang w:val="en-US"/>
        </w:rPr>
        <w:t>interview</w:t>
      </w:r>
      <w:bookmarkEnd w:id="616588019"/>
      <w:r w:rsidRPr="4AF32898" w:rsidR="0F236153">
        <w:rPr>
          <w:noProof w:val="0"/>
          <w:lang w:val="en-US"/>
        </w:rPr>
        <w:t>.</w:t>
      </w:r>
    </w:p>
    <w:p w:rsidR="1CE054EA" w:rsidP="4AF32898" w:rsidRDefault="1CE054EA" w14:paraId="51449F5E" w14:textId="05DD792E">
      <w:pPr>
        <w:pStyle w:val="Normal"/>
        <w:keepNext w:val="1"/>
        <w:keepLines w:val="1"/>
      </w:pPr>
      <w:r w:rsidRPr="4AF32898" w:rsidR="0F236153">
        <w:rPr>
          <w:noProof w:val="0"/>
          <w:lang w:val="en-US"/>
        </w:rPr>
        <w:t>If you do not wish to add anything, please input "N/A".</w:t>
      </w:r>
    </w:p>
    <w:tbl>
      <w:tblPr>
        <w:tblStyle w:val="TableGrid"/>
        <w:tblW w:w="0" w:type="auto"/>
        <w:tblLook w:val="06A0" w:firstRow="1" w:lastRow="0" w:firstColumn="1" w:lastColumn="0" w:noHBand="1" w:noVBand="1"/>
      </w:tblPr>
      <w:tblGrid>
        <w:gridCol w:w="8640"/>
      </w:tblGrid>
      <w:tr w:rsidR="4AF32898" w:rsidTr="4AF32898" w14:paraId="1D54E01E">
        <w:trPr>
          <w:trHeight w:val="2370"/>
        </w:trPr>
        <w:tc>
          <w:tcPr>
            <w:tcW w:w="8640" w:type="dxa"/>
            <w:tcMar/>
          </w:tcPr>
          <w:p w:rsidR="4AF32898" w:rsidP="4AF32898" w:rsidRDefault="4AF32898" w14:paraId="138583A7" w14:textId="0265EFB6">
            <w:pPr>
              <w:pStyle w:val="Normal"/>
              <w:rPr>
                <w:rFonts w:ascii="Cambria" w:hAnsi="Cambria" w:eastAsia="Cambria" w:cs="Cambria"/>
                <w:b w:val="0"/>
                <w:bCs w:val="0"/>
                <w:i w:val="0"/>
                <w:iCs w:val="0"/>
                <w:caps w:val="0"/>
                <w:smallCaps w:val="0"/>
                <w:noProof w:val="0"/>
                <w:color w:val="000000" w:themeColor="text1" w:themeTint="FF" w:themeShade="FF"/>
                <w:sz w:val="22"/>
                <w:szCs w:val="22"/>
                <w:lang w:val="en-US"/>
              </w:rPr>
            </w:pPr>
          </w:p>
        </w:tc>
      </w:tr>
    </w:tbl>
    <w:p w:rsidR="1CE054EA" w:rsidP="4AF32898" w:rsidRDefault="1CE054EA" w14:paraId="1585E1C7" w14:textId="727B5466">
      <w:pPr>
        <w:pStyle w:val="Normal"/>
        <w:keepNext w:val="1"/>
        <w:keepLines w:val="1"/>
        <w:rPr>
          <w:rFonts w:ascii="Cambria" w:hAnsi="Cambria" w:eastAsia="Cambria" w:cs="Cambria"/>
          <w:noProof w:val="0"/>
          <w:sz w:val="22"/>
          <w:szCs w:val="22"/>
          <w:lang w:val="en-US"/>
        </w:rPr>
      </w:pPr>
      <w:r w:rsidRPr="4AF32898" w:rsidR="0F236153">
        <w:rPr>
          <w:rFonts w:ascii="Cambria" w:hAnsi="Cambria" w:eastAsia="Cambria" w:cs="Cambria"/>
          <w:b w:val="0"/>
          <w:bCs w:val="0"/>
          <w:i w:val="0"/>
          <w:iCs w:val="0"/>
          <w:caps w:val="0"/>
          <w:smallCaps w:val="0"/>
          <w:noProof w:val="0"/>
          <w:color w:val="000000" w:themeColor="text1" w:themeTint="FF" w:themeShade="FF"/>
          <w:sz w:val="22"/>
          <w:szCs w:val="22"/>
          <w:lang w:val="en-US"/>
        </w:rPr>
        <w:t xml:space="preserve"> </w:t>
      </w:r>
    </w:p>
    <w:p w:rsidR="1CE054EA" w:rsidP="115BE36C" w:rsidRDefault="1CE054EA" w14:paraId="478B2029" w14:textId="7EF73C01">
      <w:pPr>
        <w:pStyle w:val="Heading2"/>
        <w:keepNext w:val="1"/>
        <w:keepLines w:val="1"/>
      </w:pPr>
      <w:r w:rsidRPr="115BE36C" w:rsidR="30D6F767">
        <w:rPr>
          <w:noProof w:val="0"/>
          <w:lang w:val="en-US"/>
        </w:rPr>
        <w:t>Management, Leadership, Teamworking and Communication skills</w:t>
      </w:r>
    </w:p>
    <w:p w:rsidR="295EF638" w:rsidP="115BE36C" w:rsidRDefault="295EF638" w14:paraId="21416571" w14:textId="57E097F3">
      <w:pPr>
        <w:pStyle w:val="Normal"/>
        <w:keepNext w:val="1"/>
        <w:keepLines w:val="1"/>
        <w:rPr>
          <w:b w:val="1"/>
          <w:bCs w:val="1"/>
          <w:noProof w:val="0"/>
          <w:lang w:val="en-US"/>
        </w:rPr>
      </w:pPr>
      <w:r w:rsidRPr="115BE36C" w:rsidR="295EF638">
        <w:rPr>
          <w:b w:val="1"/>
          <w:bCs w:val="1"/>
          <w:noProof w:val="0"/>
          <w:lang w:val="en-US"/>
        </w:rPr>
        <w:t>Management or leadership</w:t>
      </w:r>
    </w:p>
    <w:p w:rsidR="1CE054EA" w:rsidP="115BE36C" w:rsidRDefault="1CE054EA" w14:paraId="6DE9CA6C" w14:textId="30D23454">
      <w:pPr>
        <w:pStyle w:val="Normal"/>
        <w:keepNext w:val="1"/>
        <w:keepLines w:val="1"/>
        <w:rPr>
          <w:noProof w:val="0"/>
          <w:lang w:val="en-US"/>
        </w:rPr>
      </w:pPr>
      <w:r w:rsidRPr="115BE36C" w:rsidR="30D6F767">
        <w:rPr>
          <w:noProof w:val="0"/>
          <w:lang w:val="en-US"/>
        </w:rPr>
        <w:t>Please give examples and brief details of the experience you have had of developing your management or leadership skills and your ability to work in multi-professional teams.</w:t>
      </w:r>
    </w:p>
    <w:p w:rsidR="1CE054EA" w:rsidP="115BE36C" w:rsidRDefault="1CE054EA" w14:paraId="4B94DEDD" w14:textId="7408E5E4">
      <w:pPr>
        <w:pStyle w:val="Normal"/>
        <w:keepNext w:val="1"/>
        <w:keepLines w:val="1"/>
      </w:pPr>
      <w:r w:rsidRPr="115BE36C" w:rsidR="30D6F767">
        <w:rPr>
          <w:noProof w:val="0"/>
          <w:lang w:val="en-US"/>
        </w:rPr>
        <w:t>If you do not wish to add anything, please input "N/A".</w:t>
      </w:r>
    </w:p>
    <w:tbl>
      <w:tblPr>
        <w:tblStyle w:val="TableGrid"/>
        <w:tblW w:w="0" w:type="auto"/>
        <w:tblLook w:val="06A0" w:firstRow="1" w:lastRow="0" w:firstColumn="1" w:lastColumn="0" w:noHBand="1" w:noVBand="1"/>
      </w:tblPr>
      <w:tblGrid>
        <w:gridCol w:w="8640"/>
      </w:tblGrid>
      <w:tr w:rsidR="4AF32898" w:rsidTr="4AF32898" w14:paraId="614DE41F">
        <w:trPr>
          <w:trHeight w:val="2265"/>
        </w:trPr>
        <w:tc>
          <w:tcPr>
            <w:tcW w:w="8640" w:type="dxa"/>
            <w:tcMar/>
          </w:tcPr>
          <w:p w:rsidR="4AF32898" w:rsidP="4AF32898" w:rsidRDefault="4AF32898" w14:paraId="056671A2" w14:textId="238769FF">
            <w:pPr>
              <w:pStyle w:val="Normal"/>
              <w:rPr>
                <w:noProof w:val="0"/>
                <w:lang w:val="en-US"/>
              </w:rPr>
            </w:pPr>
          </w:p>
        </w:tc>
      </w:tr>
    </w:tbl>
    <w:p w:rsidR="1CE054EA" w:rsidP="4AF32898" w:rsidRDefault="1CE054EA" w14:paraId="65FC80B8" w14:textId="2D164214">
      <w:pPr>
        <w:pStyle w:val="Normal"/>
        <w:keepNext w:val="1"/>
        <w:keepLines w:val="1"/>
        <w:rPr>
          <w:noProof w:val="0"/>
          <w:lang w:val="en-US"/>
        </w:rPr>
      </w:pPr>
    </w:p>
    <w:p w:rsidR="1CE054EA" w:rsidP="4AF32898" w:rsidRDefault="1CE054EA" w14:paraId="11C73DF7" w14:textId="297C44DB">
      <w:pPr>
        <w:pStyle w:val="Heading2"/>
        <w:keepNext w:val="1"/>
        <w:keepLines w:val="1"/>
        <w:rPr>
          <w:noProof w:val="0"/>
          <w:lang w:val="en-US"/>
        </w:rPr>
      </w:pPr>
      <w:r w:rsidRPr="115BE36C" w:rsidR="7BFA0A83">
        <w:rPr>
          <w:noProof w:val="0"/>
          <w:lang w:val="en-US"/>
        </w:rPr>
        <w:t>Academic Achievements</w:t>
      </w:r>
    </w:p>
    <w:p w:rsidR="1CE054EA" w:rsidP="115BE36C" w:rsidRDefault="1CE054EA" w14:paraId="28718B70" w14:textId="3C3C8B22">
      <w:pPr>
        <w:pStyle w:val="Normal"/>
        <w:keepNext w:val="1"/>
        <w:keepLines w:val="1"/>
        <w:rPr>
          <w:noProof w:val="0"/>
          <w:lang w:val="en-US"/>
        </w:rPr>
      </w:pPr>
      <w:r w:rsidRPr="115BE36C" w:rsidR="0D25224E">
        <w:rPr>
          <w:noProof w:val="0"/>
          <w:lang w:val="en-US"/>
        </w:rPr>
        <w:t>Please list any prizes or academic distinctions (maximum of six), which you have gained and provide the date of award and the awarding body for each</w:t>
      </w:r>
    </w:p>
    <w:tbl>
      <w:tblPr>
        <w:tblStyle w:val="TableGrid"/>
        <w:bidiVisual w:val="0"/>
        <w:tblW w:w="0" w:type="auto"/>
        <w:tblLook w:val="06A0" w:firstRow="1" w:lastRow="0" w:firstColumn="1" w:lastColumn="0" w:noHBand="1" w:noVBand="1"/>
      </w:tblPr>
      <w:tblGrid>
        <w:gridCol w:w="2880"/>
        <w:gridCol w:w="2880"/>
        <w:gridCol w:w="2880"/>
      </w:tblGrid>
      <w:tr w:rsidR="115BE36C" w:rsidTr="115BE36C" w14:paraId="3F116231">
        <w:trPr>
          <w:trHeight w:val="300"/>
        </w:trPr>
        <w:tc>
          <w:tcPr>
            <w:tcW w:w="2880" w:type="dxa"/>
            <w:tcMar/>
          </w:tcPr>
          <w:p w:rsidR="390BC537" w:rsidP="115BE36C" w:rsidRDefault="390BC537" w14:paraId="5AAD4503" w14:textId="17211AED">
            <w:pPr>
              <w:pStyle w:val="Normal"/>
              <w:bidi w:val="0"/>
              <w:rPr>
                <w:noProof w:val="0"/>
                <w:u w:val="single"/>
                <w:lang w:val="en-US"/>
              </w:rPr>
            </w:pPr>
            <w:r w:rsidRPr="115BE36C" w:rsidR="390BC537">
              <w:rPr>
                <w:noProof w:val="0"/>
                <w:u w:val="single"/>
                <w:lang w:val="en-US"/>
              </w:rPr>
              <w:t xml:space="preserve">Prize or academic distinction  </w:t>
            </w:r>
          </w:p>
        </w:tc>
        <w:tc>
          <w:tcPr>
            <w:tcW w:w="2880" w:type="dxa"/>
            <w:tcMar/>
          </w:tcPr>
          <w:p w:rsidR="390BC537" w:rsidP="115BE36C" w:rsidRDefault="390BC537" w14:paraId="597CE9C9" w14:textId="14BE1812">
            <w:pPr>
              <w:pStyle w:val="Normal"/>
              <w:bidi w:val="0"/>
              <w:rPr>
                <w:noProof w:val="0"/>
                <w:u w:val="single"/>
                <w:lang w:val="en-US"/>
              </w:rPr>
            </w:pPr>
            <w:r w:rsidRPr="115BE36C" w:rsidR="390BC537">
              <w:rPr>
                <w:noProof w:val="0"/>
                <w:u w:val="single"/>
                <w:lang w:val="en-US"/>
              </w:rPr>
              <w:t xml:space="preserve">Awarding body  </w:t>
            </w:r>
          </w:p>
        </w:tc>
        <w:tc>
          <w:tcPr>
            <w:tcW w:w="2880" w:type="dxa"/>
            <w:tcMar/>
          </w:tcPr>
          <w:p w:rsidR="390BC537" w:rsidP="115BE36C" w:rsidRDefault="390BC537" w14:paraId="2957BE08" w14:textId="57AA9FB8">
            <w:pPr>
              <w:pStyle w:val="Normal"/>
              <w:bidi w:val="0"/>
              <w:rPr>
                <w:noProof w:val="0"/>
                <w:u w:val="single"/>
                <w:lang w:val="en-US"/>
              </w:rPr>
            </w:pPr>
            <w:r w:rsidRPr="115BE36C" w:rsidR="390BC537">
              <w:rPr>
                <w:noProof w:val="0"/>
                <w:u w:val="single"/>
                <w:lang w:val="en-US"/>
              </w:rPr>
              <w:t xml:space="preserve">Date of award  </w:t>
            </w:r>
          </w:p>
        </w:tc>
      </w:tr>
      <w:tr w:rsidR="115BE36C" w:rsidTr="115BE36C" w14:paraId="238D8838">
        <w:trPr>
          <w:trHeight w:val="300"/>
        </w:trPr>
        <w:tc>
          <w:tcPr>
            <w:tcW w:w="2880" w:type="dxa"/>
            <w:tcMar/>
          </w:tcPr>
          <w:p w:rsidR="115BE36C" w:rsidP="115BE36C" w:rsidRDefault="115BE36C" w14:paraId="07D3B036" w14:textId="10034B3A">
            <w:pPr>
              <w:pStyle w:val="Normal"/>
              <w:bidi w:val="0"/>
              <w:rPr>
                <w:noProof w:val="0"/>
                <w:lang w:val="en-US"/>
              </w:rPr>
            </w:pPr>
          </w:p>
        </w:tc>
        <w:tc>
          <w:tcPr>
            <w:tcW w:w="2880" w:type="dxa"/>
            <w:tcMar/>
          </w:tcPr>
          <w:p w:rsidR="115BE36C" w:rsidP="115BE36C" w:rsidRDefault="115BE36C" w14:paraId="7A81F8E7" w14:textId="10034B3A">
            <w:pPr>
              <w:pStyle w:val="Normal"/>
              <w:bidi w:val="0"/>
              <w:rPr>
                <w:noProof w:val="0"/>
                <w:lang w:val="en-US"/>
              </w:rPr>
            </w:pPr>
          </w:p>
        </w:tc>
        <w:tc>
          <w:tcPr>
            <w:tcW w:w="2880" w:type="dxa"/>
            <w:tcMar/>
          </w:tcPr>
          <w:p w:rsidR="115BE36C" w:rsidP="115BE36C" w:rsidRDefault="115BE36C" w14:paraId="46A0DFA8" w14:textId="10034B3A">
            <w:pPr>
              <w:pStyle w:val="Normal"/>
              <w:bidi w:val="0"/>
              <w:rPr>
                <w:noProof w:val="0"/>
                <w:lang w:val="en-US"/>
              </w:rPr>
            </w:pPr>
          </w:p>
        </w:tc>
      </w:tr>
      <w:tr w:rsidR="115BE36C" w:rsidTr="115BE36C" w14:paraId="59532AF7">
        <w:trPr>
          <w:trHeight w:val="300"/>
        </w:trPr>
        <w:tc>
          <w:tcPr>
            <w:tcW w:w="2880" w:type="dxa"/>
            <w:tcMar/>
          </w:tcPr>
          <w:p w:rsidR="115BE36C" w:rsidP="115BE36C" w:rsidRDefault="115BE36C" w14:paraId="26453B65" w14:textId="10034B3A">
            <w:pPr>
              <w:pStyle w:val="Normal"/>
              <w:bidi w:val="0"/>
              <w:rPr>
                <w:noProof w:val="0"/>
                <w:lang w:val="en-US"/>
              </w:rPr>
            </w:pPr>
          </w:p>
        </w:tc>
        <w:tc>
          <w:tcPr>
            <w:tcW w:w="2880" w:type="dxa"/>
            <w:tcMar/>
          </w:tcPr>
          <w:p w:rsidR="115BE36C" w:rsidP="115BE36C" w:rsidRDefault="115BE36C" w14:paraId="1C856DAA" w14:textId="10034B3A">
            <w:pPr>
              <w:pStyle w:val="Normal"/>
              <w:bidi w:val="0"/>
              <w:rPr>
                <w:noProof w:val="0"/>
                <w:lang w:val="en-US"/>
              </w:rPr>
            </w:pPr>
          </w:p>
        </w:tc>
        <w:tc>
          <w:tcPr>
            <w:tcW w:w="2880" w:type="dxa"/>
            <w:tcMar/>
          </w:tcPr>
          <w:p w:rsidR="115BE36C" w:rsidP="115BE36C" w:rsidRDefault="115BE36C" w14:paraId="6E27E0EF" w14:textId="10034B3A">
            <w:pPr>
              <w:pStyle w:val="Normal"/>
              <w:bidi w:val="0"/>
              <w:rPr>
                <w:noProof w:val="0"/>
                <w:lang w:val="en-US"/>
              </w:rPr>
            </w:pPr>
          </w:p>
        </w:tc>
      </w:tr>
      <w:tr w:rsidR="115BE36C" w:rsidTr="115BE36C" w14:paraId="4261865D">
        <w:trPr>
          <w:trHeight w:val="300"/>
        </w:trPr>
        <w:tc>
          <w:tcPr>
            <w:tcW w:w="2880" w:type="dxa"/>
            <w:tcMar/>
          </w:tcPr>
          <w:p w:rsidR="115BE36C" w:rsidP="115BE36C" w:rsidRDefault="115BE36C" w14:paraId="43657D24" w14:textId="10034B3A">
            <w:pPr>
              <w:pStyle w:val="Normal"/>
              <w:bidi w:val="0"/>
              <w:rPr>
                <w:noProof w:val="0"/>
                <w:lang w:val="en-US"/>
              </w:rPr>
            </w:pPr>
          </w:p>
        </w:tc>
        <w:tc>
          <w:tcPr>
            <w:tcW w:w="2880" w:type="dxa"/>
            <w:tcMar/>
          </w:tcPr>
          <w:p w:rsidR="115BE36C" w:rsidP="115BE36C" w:rsidRDefault="115BE36C" w14:paraId="1718317D" w14:textId="10034B3A">
            <w:pPr>
              <w:pStyle w:val="Normal"/>
              <w:bidi w:val="0"/>
              <w:rPr>
                <w:noProof w:val="0"/>
                <w:lang w:val="en-US"/>
              </w:rPr>
            </w:pPr>
          </w:p>
        </w:tc>
        <w:tc>
          <w:tcPr>
            <w:tcW w:w="2880" w:type="dxa"/>
            <w:tcMar/>
          </w:tcPr>
          <w:p w:rsidR="115BE36C" w:rsidP="115BE36C" w:rsidRDefault="115BE36C" w14:paraId="03800020" w14:textId="10034B3A">
            <w:pPr>
              <w:pStyle w:val="Normal"/>
              <w:bidi w:val="0"/>
              <w:rPr>
                <w:noProof w:val="0"/>
                <w:lang w:val="en-US"/>
              </w:rPr>
            </w:pPr>
          </w:p>
        </w:tc>
      </w:tr>
      <w:tr w:rsidR="115BE36C" w:rsidTr="115BE36C" w14:paraId="6640E902">
        <w:trPr>
          <w:trHeight w:val="300"/>
        </w:trPr>
        <w:tc>
          <w:tcPr>
            <w:tcW w:w="2880" w:type="dxa"/>
            <w:tcMar/>
          </w:tcPr>
          <w:p w:rsidR="115BE36C" w:rsidP="115BE36C" w:rsidRDefault="115BE36C" w14:paraId="4EC2D74D" w14:textId="10034B3A">
            <w:pPr>
              <w:pStyle w:val="Normal"/>
              <w:bidi w:val="0"/>
              <w:rPr>
                <w:noProof w:val="0"/>
                <w:lang w:val="en-US"/>
              </w:rPr>
            </w:pPr>
          </w:p>
        </w:tc>
        <w:tc>
          <w:tcPr>
            <w:tcW w:w="2880" w:type="dxa"/>
            <w:tcMar/>
          </w:tcPr>
          <w:p w:rsidR="115BE36C" w:rsidP="115BE36C" w:rsidRDefault="115BE36C" w14:paraId="2AE08F40" w14:textId="10034B3A">
            <w:pPr>
              <w:pStyle w:val="Normal"/>
              <w:bidi w:val="0"/>
              <w:rPr>
                <w:noProof w:val="0"/>
                <w:lang w:val="en-US"/>
              </w:rPr>
            </w:pPr>
          </w:p>
        </w:tc>
        <w:tc>
          <w:tcPr>
            <w:tcW w:w="2880" w:type="dxa"/>
            <w:tcMar/>
          </w:tcPr>
          <w:p w:rsidR="115BE36C" w:rsidP="115BE36C" w:rsidRDefault="115BE36C" w14:paraId="4495868F" w14:textId="10034B3A">
            <w:pPr>
              <w:pStyle w:val="Normal"/>
              <w:bidi w:val="0"/>
              <w:rPr>
                <w:noProof w:val="0"/>
                <w:lang w:val="en-US"/>
              </w:rPr>
            </w:pPr>
          </w:p>
        </w:tc>
      </w:tr>
      <w:tr w:rsidR="115BE36C" w:rsidTr="115BE36C" w14:paraId="5B77D46F">
        <w:trPr>
          <w:trHeight w:val="300"/>
        </w:trPr>
        <w:tc>
          <w:tcPr>
            <w:tcW w:w="2880" w:type="dxa"/>
            <w:tcMar/>
          </w:tcPr>
          <w:p w:rsidR="115BE36C" w:rsidP="115BE36C" w:rsidRDefault="115BE36C" w14:paraId="014B0D36" w14:textId="10034B3A">
            <w:pPr>
              <w:pStyle w:val="Normal"/>
              <w:bidi w:val="0"/>
              <w:rPr>
                <w:noProof w:val="0"/>
                <w:lang w:val="en-US"/>
              </w:rPr>
            </w:pPr>
          </w:p>
        </w:tc>
        <w:tc>
          <w:tcPr>
            <w:tcW w:w="2880" w:type="dxa"/>
            <w:tcMar/>
          </w:tcPr>
          <w:p w:rsidR="115BE36C" w:rsidP="115BE36C" w:rsidRDefault="115BE36C" w14:paraId="22316733" w14:textId="10034B3A">
            <w:pPr>
              <w:pStyle w:val="Normal"/>
              <w:bidi w:val="0"/>
              <w:rPr>
                <w:noProof w:val="0"/>
                <w:lang w:val="en-US"/>
              </w:rPr>
            </w:pPr>
          </w:p>
        </w:tc>
        <w:tc>
          <w:tcPr>
            <w:tcW w:w="2880" w:type="dxa"/>
            <w:tcMar/>
          </w:tcPr>
          <w:p w:rsidR="115BE36C" w:rsidP="115BE36C" w:rsidRDefault="115BE36C" w14:paraId="2D49A4D7" w14:textId="10034B3A">
            <w:pPr>
              <w:pStyle w:val="Normal"/>
              <w:bidi w:val="0"/>
              <w:rPr>
                <w:noProof w:val="0"/>
                <w:lang w:val="en-US"/>
              </w:rPr>
            </w:pPr>
          </w:p>
        </w:tc>
      </w:tr>
      <w:tr w:rsidR="115BE36C" w:rsidTr="115BE36C" w14:paraId="718E1688">
        <w:trPr>
          <w:trHeight w:val="300"/>
        </w:trPr>
        <w:tc>
          <w:tcPr>
            <w:tcW w:w="2880" w:type="dxa"/>
            <w:tcMar/>
          </w:tcPr>
          <w:p w:rsidR="115BE36C" w:rsidP="115BE36C" w:rsidRDefault="115BE36C" w14:paraId="2C1649D1" w14:textId="59C23A11">
            <w:pPr>
              <w:pStyle w:val="Normal"/>
              <w:bidi w:val="0"/>
              <w:rPr>
                <w:noProof w:val="0"/>
                <w:lang w:val="en-US"/>
              </w:rPr>
            </w:pPr>
          </w:p>
        </w:tc>
        <w:tc>
          <w:tcPr>
            <w:tcW w:w="2880" w:type="dxa"/>
            <w:tcMar/>
          </w:tcPr>
          <w:p w:rsidR="115BE36C" w:rsidP="115BE36C" w:rsidRDefault="115BE36C" w14:paraId="711A8786" w14:textId="3B0F8999">
            <w:pPr>
              <w:pStyle w:val="Normal"/>
              <w:bidi w:val="0"/>
              <w:rPr>
                <w:noProof w:val="0"/>
                <w:lang w:val="en-US"/>
              </w:rPr>
            </w:pPr>
          </w:p>
        </w:tc>
        <w:tc>
          <w:tcPr>
            <w:tcW w:w="2880" w:type="dxa"/>
            <w:tcMar/>
          </w:tcPr>
          <w:p w:rsidR="115BE36C" w:rsidP="115BE36C" w:rsidRDefault="115BE36C" w14:paraId="5AD6FC44" w14:textId="4A2646AE">
            <w:pPr>
              <w:pStyle w:val="Normal"/>
              <w:bidi w:val="0"/>
              <w:rPr>
                <w:noProof w:val="0"/>
                <w:lang w:val="en-US"/>
              </w:rPr>
            </w:pPr>
          </w:p>
        </w:tc>
      </w:tr>
    </w:tbl>
    <w:p w:rsidR="1CE054EA" w:rsidP="115BE36C" w:rsidRDefault="1CE054EA" w14:paraId="2F34FC38" w14:textId="3FF5A384">
      <w:pPr>
        <w:pStyle w:val="Normal"/>
        <w:suppressLineNumbers w:val="0"/>
        <w:bidi w:val="0"/>
        <w:spacing w:before="0" w:beforeAutospacing="off" w:after="200" w:afterAutospacing="off" w:line="276" w:lineRule="auto"/>
        <w:ind w:left="0" w:right="0"/>
        <w:jc w:val="left"/>
        <w:rPr>
          <w:noProof w:val="0"/>
          <w:lang w:val="en-US"/>
        </w:rPr>
      </w:pPr>
    </w:p>
    <w:p w:rsidR="1CE054EA" w:rsidP="115BE36C" w:rsidRDefault="1CE054EA" w14:paraId="7778624B" w14:textId="15A6CFD9">
      <w:pPr>
        <w:pStyle w:val="Normal"/>
        <w:bidi w:val="0"/>
        <w:rPr>
          <w:b w:val="1"/>
          <w:bCs w:val="1"/>
          <w:noProof w:val="0"/>
          <w:lang w:val="en-US"/>
        </w:rPr>
      </w:pPr>
      <w:r w:rsidRPr="115BE36C" w:rsidR="0FAF1BEA">
        <w:rPr>
          <w:b w:val="1"/>
          <w:bCs w:val="1"/>
          <w:noProof w:val="0"/>
          <w:lang w:val="en-US"/>
        </w:rPr>
        <w:t>Prizes and other academic distinctions</w:t>
      </w:r>
    </w:p>
    <w:p w:rsidR="1CE054EA" w:rsidP="115BE36C" w:rsidRDefault="1CE054EA" w14:paraId="72EC2648" w14:textId="00F2DC2D">
      <w:pPr>
        <w:pStyle w:val="Normal"/>
        <w:bidi w:val="0"/>
        <w:rPr>
          <w:noProof w:val="0"/>
          <w:lang w:val="en-US"/>
        </w:rPr>
      </w:pPr>
      <w:r w:rsidRPr="115BE36C" w:rsidR="0FAF1BEA">
        <w:rPr>
          <w:noProof w:val="0"/>
          <w:lang w:val="en-US"/>
        </w:rPr>
        <w:t>This section gives you the opportunity to provide further detail about the prizes or distinctions you have achieved. Please select those that are relevant to your application for an NIHR Clinical Lectureship and briefly describe what you did in order to be recognised with a prize or distinction</w:t>
      </w:r>
    </w:p>
    <w:p w:rsidR="1CE054EA" w:rsidP="115BE36C" w:rsidRDefault="1CE054EA" w14:paraId="4F426E9F" w14:textId="234C6EA6">
      <w:pPr>
        <w:pStyle w:val="Normal"/>
        <w:keepNext w:val="1"/>
        <w:keepLines w:val="1"/>
        <w:bidi w:val="0"/>
        <w:ind/>
      </w:pPr>
      <w:r w:rsidRPr="115BE36C" w:rsidR="0FAF1BEA">
        <w:rPr>
          <w:noProof w:val="0"/>
          <w:lang w:val="en-US"/>
        </w:rPr>
        <w:t>If you do not wish to add anything, please input "N/A".</w:t>
      </w:r>
    </w:p>
    <w:tbl>
      <w:tblPr>
        <w:tblStyle w:val="TableGrid"/>
        <w:bidiVisual w:val="0"/>
        <w:tblW w:w="0" w:type="auto"/>
        <w:tblLook w:val="06A0" w:firstRow="1" w:lastRow="0" w:firstColumn="1" w:lastColumn="0" w:noHBand="1" w:noVBand="1"/>
      </w:tblPr>
      <w:tblGrid>
        <w:gridCol w:w="8640"/>
      </w:tblGrid>
      <w:tr w:rsidR="115BE36C" w:rsidTr="115BE36C" w14:paraId="3028D136">
        <w:trPr>
          <w:trHeight w:val="2235"/>
        </w:trPr>
        <w:tc>
          <w:tcPr>
            <w:tcW w:w="8640" w:type="dxa"/>
            <w:tcMar/>
          </w:tcPr>
          <w:p w:rsidR="115BE36C" w:rsidP="115BE36C" w:rsidRDefault="115BE36C" w14:paraId="50F1C549" w14:textId="09AD36F3">
            <w:pPr>
              <w:pStyle w:val="Normal"/>
              <w:bidi w:val="0"/>
              <w:rPr>
                <w:noProof w:val="0"/>
                <w:lang w:val="en-US"/>
              </w:rPr>
            </w:pPr>
          </w:p>
        </w:tc>
      </w:tr>
    </w:tbl>
    <w:p w:rsidR="1CE054EA" w:rsidP="115BE36C" w:rsidRDefault="1CE054EA" w14:paraId="1EF3854A" w14:textId="7C0ABB05">
      <w:pPr>
        <w:pStyle w:val="Normal"/>
        <w:suppressLineNumbers w:val="0"/>
        <w:bidi w:val="0"/>
        <w:spacing w:before="0" w:beforeAutospacing="off" w:after="200" w:afterAutospacing="off" w:line="276" w:lineRule="auto"/>
        <w:ind w:left="0" w:right="0"/>
        <w:jc w:val="left"/>
        <w:rPr>
          <w:noProof w:val="0"/>
          <w:lang w:val="en-US"/>
        </w:rPr>
      </w:pPr>
    </w:p>
    <w:p w:rsidR="1CE054EA" w:rsidP="115BE36C" w:rsidRDefault="1CE054EA" w14:paraId="35B204A5" w14:textId="2DB6826B">
      <w:pPr>
        <w:pStyle w:val="Normal"/>
        <w:bidi w:val="0"/>
        <w:rPr>
          <w:b w:val="1"/>
          <w:bCs w:val="1"/>
          <w:noProof w:val="0"/>
          <w:lang w:val="en-US"/>
        </w:rPr>
      </w:pPr>
      <w:r w:rsidRPr="115BE36C" w:rsidR="3F64FE47">
        <w:rPr>
          <w:b w:val="1"/>
          <w:bCs w:val="1"/>
          <w:noProof w:val="0"/>
          <w:lang w:val="en-US"/>
        </w:rPr>
        <w:t>Presentations/posters</w:t>
      </w:r>
    </w:p>
    <w:p w:rsidR="1CE054EA" w:rsidP="115BE36C" w:rsidRDefault="1CE054EA" w14:paraId="39124D4C" w14:textId="68058E92">
      <w:pPr>
        <w:pStyle w:val="Normal"/>
        <w:keepNext w:val="1"/>
        <w:keepLines w:val="1"/>
        <w:rPr>
          <w:noProof w:val="0"/>
          <w:lang w:val="en-US"/>
        </w:rPr>
      </w:pPr>
      <w:r w:rsidRPr="115BE36C" w:rsidR="1B3999E7">
        <w:rPr>
          <w:noProof w:val="0"/>
          <w:lang w:val="en-US"/>
        </w:rPr>
        <w:t>Please provide details of any posters or presentations you have given at both national and international conferences. Please make it clear which are national and which are international.</w:t>
      </w:r>
    </w:p>
    <w:p w:rsidR="1CE054EA" w:rsidP="4AF32898" w:rsidRDefault="1CE054EA" w14:paraId="67B6906D" w14:textId="304F3E36">
      <w:pPr>
        <w:pStyle w:val="Normal"/>
        <w:keepNext w:val="1"/>
        <w:keepLines w:val="1"/>
      </w:pPr>
      <w:r w:rsidRPr="115BE36C" w:rsidR="1B3999E7">
        <w:rPr>
          <w:noProof w:val="0"/>
          <w:lang w:val="en-US"/>
        </w:rPr>
        <w:t>If you do not wish to add anything, please input "N/A".</w:t>
      </w:r>
    </w:p>
    <w:tbl>
      <w:tblPr>
        <w:tblStyle w:val="TableGrid"/>
        <w:tblW w:w="0" w:type="auto"/>
        <w:tblLook w:val="06A0" w:firstRow="1" w:lastRow="0" w:firstColumn="1" w:lastColumn="0" w:noHBand="1" w:noVBand="1"/>
      </w:tblPr>
      <w:tblGrid>
        <w:gridCol w:w="8640"/>
      </w:tblGrid>
      <w:tr w:rsidR="115BE36C" w:rsidTr="115BE36C" w14:paraId="19BF4347">
        <w:trPr>
          <w:trHeight w:val="2265"/>
        </w:trPr>
        <w:tc>
          <w:tcPr>
            <w:tcW w:w="8640" w:type="dxa"/>
            <w:tcMar/>
          </w:tcPr>
          <w:p w:rsidR="115BE36C" w:rsidP="115BE36C" w:rsidRDefault="115BE36C" w14:paraId="6B2B0E0A" w14:textId="786E87B2">
            <w:pPr>
              <w:pStyle w:val="Normal"/>
              <w:rPr>
                <w:noProof w:val="0"/>
                <w:lang w:val="en-US"/>
              </w:rPr>
            </w:pPr>
          </w:p>
        </w:tc>
      </w:tr>
    </w:tbl>
    <w:p w:rsidR="1CE054EA" w:rsidP="115BE36C" w:rsidRDefault="1CE054EA" w14:paraId="1C12DBD9" w14:textId="41E06452">
      <w:pPr>
        <w:pStyle w:val="Normal"/>
        <w:suppressLineNumbers w:val="0"/>
        <w:bidi w:val="0"/>
        <w:spacing w:before="0" w:beforeAutospacing="off" w:after="200" w:afterAutospacing="off" w:line="276" w:lineRule="auto"/>
        <w:ind w:left="0" w:right="0"/>
        <w:jc w:val="left"/>
        <w:rPr>
          <w:noProof w:val="0"/>
          <w:lang w:val="en-US"/>
        </w:rPr>
      </w:pPr>
    </w:p>
    <w:p w:rsidR="1CE054EA" w:rsidP="28FBA48F" w:rsidRDefault="1CE054EA" w14:paraId="69051E14" w14:textId="408B02E8">
      <w:pPr>
        <w:pStyle w:val="Normal"/>
        <w:bidi w:val="0"/>
        <w:rPr>
          <w:b w:val="1"/>
          <w:bCs w:val="1"/>
          <w:noProof w:val="0"/>
          <w:lang w:val="en-US"/>
        </w:rPr>
      </w:pPr>
    </w:p>
    <w:p w:rsidR="1CE054EA" w:rsidP="28FBA48F" w:rsidRDefault="1CE054EA" w14:paraId="4E3BC313" w14:textId="37233EE0">
      <w:pPr>
        <w:bidi w:val="0"/>
      </w:pPr>
      <w:r>
        <w:br w:type="page"/>
      </w:r>
    </w:p>
    <w:p w:rsidR="1CE054EA" w:rsidP="115BE36C" w:rsidRDefault="1CE054EA" w14:paraId="6F51868B" w14:textId="7466E8F4">
      <w:pPr>
        <w:pStyle w:val="Normal"/>
        <w:bidi w:val="0"/>
        <w:rPr>
          <w:b w:val="1"/>
          <w:bCs w:val="1"/>
          <w:noProof w:val="0"/>
          <w:lang w:val="en-US"/>
        </w:rPr>
      </w:pPr>
      <w:r w:rsidRPr="28FBA48F" w:rsidR="1B3999E7">
        <w:rPr>
          <w:b w:val="1"/>
          <w:bCs w:val="1"/>
          <w:noProof w:val="0"/>
          <w:lang w:val="en-US"/>
        </w:rPr>
        <w:t>Research training received to date</w:t>
      </w:r>
    </w:p>
    <w:p w:rsidR="1CE054EA" w:rsidP="115BE36C" w:rsidRDefault="1CE054EA" w14:paraId="5340B082" w14:textId="167988DB">
      <w:pPr>
        <w:pStyle w:val="Normal"/>
        <w:keepNext w:val="1"/>
        <w:keepLines w:val="1"/>
        <w:rPr>
          <w:rFonts w:ascii="Cambria" w:hAnsi="Cambria" w:eastAsia="Cambria" w:cs="Cambria"/>
          <w:noProof w:val="0"/>
          <w:sz w:val="22"/>
          <w:szCs w:val="22"/>
          <w:lang w:val="en-US"/>
        </w:rPr>
      </w:pPr>
      <w:r w:rsidRPr="115BE36C" w:rsidR="1B3999E7">
        <w:rPr>
          <w:rFonts w:ascii="Cambria" w:hAnsi="Cambria" w:eastAsia="Cambria" w:cs="Cambria"/>
          <w:b w:val="0"/>
          <w:bCs w:val="0"/>
          <w:i w:val="0"/>
          <w:iCs w:val="0"/>
          <w:caps w:val="0"/>
          <w:smallCaps w:val="0"/>
          <w:noProof w:val="0"/>
          <w:color w:val="000000" w:themeColor="text1" w:themeTint="FF" w:themeShade="FF"/>
          <w:sz w:val="22"/>
          <w:szCs w:val="22"/>
          <w:lang w:val="en-US"/>
        </w:rPr>
        <w:t xml:space="preserve">This section </w:t>
      </w:r>
      <w:r w:rsidRPr="115BE36C" w:rsidR="1B3999E7">
        <w:rPr>
          <w:rFonts w:ascii="Cambria" w:hAnsi="Cambria" w:eastAsia="Cambria" w:cs="Cambria"/>
          <w:b w:val="0"/>
          <w:bCs w:val="0"/>
          <w:i w:val="0"/>
          <w:iCs w:val="0"/>
          <w:caps w:val="0"/>
          <w:smallCaps w:val="0"/>
          <w:noProof w:val="0"/>
          <w:color w:val="000000" w:themeColor="text1" w:themeTint="FF" w:themeShade="FF"/>
          <w:sz w:val="22"/>
          <w:szCs w:val="22"/>
          <w:lang w:val="en-US"/>
        </w:rPr>
        <w:t>provides</w:t>
      </w:r>
      <w:r w:rsidRPr="115BE36C" w:rsidR="1B3999E7">
        <w:rPr>
          <w:rFonts w:ascii="Cambria" w:hAnsi="Cambria" w:eastAsia="Cambria" w:cs="Cambria"/>
          <w:b w:val="0"/>
          <w:bCs w:val="0"/>
          <w:i w:val="0"/>
          <w:iCs w:val="0"/>
          <w:caps w:val="0"/>
          <w:smallCaps w:val="0"/>
          <w:noProof w:val="0"/>
          <w:color w:val="000000" w:themeColor="text1" w:themeTint="FF" w:themeShade="FF"/>
          <w:sz w:val="22"/>
          <w:szCs w:val="22"/>
          <w:lang w:val="en-US"/>
        </w:rPr>
        <w:t xml:space="preserve"> an opportunity to outline any research training you have undertaken so far. You have a 250</w:t>
      </w:r>
      <w:r>
        <w:noBreakHyphen/>
      </w:r>
      <w:r w:rsidRPr="115BE36C" w:rsidR="1B3999E7">
        <w:rPr>
          <w:rFonts w:ascii="Cambria" w:hAnsi="Cambria" w:eastAsia="Cambria" w:cs="Cambria"/>
          <w:b w:val="0"/>
          <w:bCs w:val="0"/>
          <w:i w:val="0"/>
          <w:iCs w:val="0"/>
          <w:caps w:val="0"/>
          <w:smallCaps w:val="0"/>
          <w:noProof w:val="0"/>
          <w:color w:val="000000" w:themeColor="text1" w:themeTint="FF" w:themeShade="FF"/>
          <w:sz w:val="22"/>
          <w:szCs w:val="22"/>
          <w:lang w:val="en-US"/>
        </w:rPr>
        <w:t xml:space="preserve">word limit, so please give brief details of any relevant training courses or research projects you have completed. This information should help </w:t>
      </w:r>
      <w:r w:rsidRPr="115BE36C" w:rsidR="1B3999E7">
        <w:rPr>
          <w:rFonts w:ascii="Cambria" w:hAnsi="Cambria" w:eastAsia="Cambria" w:cs="Cambria"/>
          <w:b w:val="0"/>
          <w:bCs w:val="0"/>
          <w:i w:val="0"/>
          <w:iCs w:val="0"/>
          <w:caps w:val="0"/>
          <w:smallCaps w:val="0"/>
          <w:noProof w:val="0"/>
          <w:color w:val="000000" w:themeColor="text1" w:themeTint="FF" w:themeShade="FF"/>
          <w:sz w:val="22"/>
          <w:szCs w:val="22"/>
          <w:lang w:val="en-US"/>
        </w:rPr>
        <w:t>demonstrate</w:t>
      </w:r>
      <w:r w:rsidRPr="115BE36C" w:rsidR="1B3999E7">
        <w:rPr>
          <w:rFonts w:ascii="Cambria" w:hAnsi="Cambria" w:eastAsia="Cambria" w:cs="Cambria"/>
          <w:b w:val="0"/>
          <w:bCs w:val="0"/>
          <w:i w:val="0"/>
          <w:iCs w:val="0"/>
          <w:caps w:val="0"/>
          <w:smallCaps w:val="0"/>
          <w:noProof w:val="0"/>
          <w:color w:val="000000" w:themeColor="text1" w:themeTint="FF" w:themeShade="FF"/>
          <w:sz w:val="22"/>
          <w:szCs w:val="22"/>
          <w:lang w:val="en-US"/>
        </w:rPr>
        <w:t xml:space="preserve"> your potential for scientific independence and your ability to lead a research team.</w:t>
      </w:r>
    </w:p>
    <w:p w:rsidR="1CE054EA" w:rsidP="4AF32898" w:rsidRDefault="1CE054EA" w14:paraId="75601059" w14:textId="1879E499">
      <w:pPr>
        <w:pStyle w:val="Normal"/>
        <w:keepNext w:val="1"/>
        <w:keepLines w:val="1"/>
      </w:pPr>
      <w:r w:rsidRPr="115BE36C" w:rsidR="1B3999E7">
        <w:rPr>
          <w:rFonts w:ascii="Cambria" w:hAnsi="Cambria" w:eastAsia="Cambria" w:cs="Cambria"/>
          <w:b w:val="0"/>
          <w:bCs w:val="0"/>
          <w:i w:val="0"/>
          <w:iCs w:val="0"/>
          <w:caps w:val="0"/>
          <w:smallCaps w:val="0"/>
          <w:noProof w:val="0"/>
          <w:color w:val="000000" w:themeColor="text1" w:themeTint="FF" w:themeShade="FF"/>
          <w:sz w:val="22"/>
          <w:szCs w:val="22"/>
          <w:lang w:val="en-US"/>
        </w:rPr>
        <w:t>If you do not wish to add anything, please input "N/A".</w:t>
      </w:r>
    </w:p>
    <w:tbl>
      <w:tblPr>
        <w:tblStyle w:val="TableGrid"/>
        <w:tblW w:w="0" w:type="auto"/>
        <w:tblLook w:val="06A0" w:firstRow="1" w:lastRow="0" w:firstColumn="1" w:lastColumn="0" w:noHBand="1" w:noVBand="1"/>
      </w:tblPr>
      <w:tblGrid>
        <w:gridCol w:w="8640"/>
      </w:tblGrid>
      <w:tr w:rsidR="115BE36C" w:rsidTr="115BE36C" w14:paraId="3723BEDD">
        <w:trPr>
          <w:trHeight w:val="2055"/>
        </w:trPr>
        <w:tc>
          <w:tcPr>
            <w:tcW w:w="8640" w:type="dxa"/>
            <w:tcMar/>
          </w:tcPr>
          <w:p w:rsidR="115BE36C" w:rsidP="115BE36C" w:rsidRDefault="115BE36C" w14:paraId="4894F0B5" w14:textId="25682FDF">
            <w:pPr>
              <w:pStyle w:val="Normal"/>
              <w:rPr>
                <w:rFonts w:ascii="Cambria" w:hAnsi="Cambria" w:eastAsia="Cambria" w:cs="Cambria"/>
                <w:b w:val="0"/>
                <w:bCs w:val="0"/>
                <w:i w:val="0"/>
                <w:iCs w:val="0"/>
                <w:caps w:val="0"/>
                <w:smallCaps w:val="0"/>
                <w:noProof w:val="0"/>
                <w:color w:val="000000" w:themeColor="text1" w:themeTint="FF" w:themeShade="FF"/>
                <w:sz w:val="22"/>
                <w:szCs w:val="22"/>
                <w:lang w:val="en-US"/>
              </w:rPr>
            </w:pPr>
          </w:p>
        </w:tc>
      </w:tr>
    </w:tbl>
    <w:p w:rsidR="115BE36C" w:rsidP="115BE36C" w:rsidRDefault="115BE36C" w14:paraId="77C4776B" w14:textId="1D0BA464">
      <w:pPr>
        <w:pStyle w:val="Normal"/>
        <w:keepNext w:val="1"/>
        <w:keepLines w:val="1"/>
        <w:rPr>
          <w:b w:val="1"/>
          <w:bCs w:val="1"/>
          <w:noProof w:val="0"/>
          <w:lang w:val="en-US"/>
        </w:rPr>
      </w:pPr>
    </w:p>
    <w:p w:rsidR="1CE054EA" w:rsidP="4AF32898" w:rsidRDefault="1CE054EA" w14:paraId="3ADDEE12" w14:textId="772BB88C">
      <w:pPr>
        <w:pStyle w:val="Normal"/>
        <w:keepNext w:val="1"/>
        <w:keepLines w:val="1"/>
        <w:rPr>
          <w:noProof w:val="0"/>
          <w:lang w:val="en-US"/>
        </w:rPr>
      </w:pPr>
      <w:r w:rsidRPr="115BE36C" w:rsidR="1B3999E7">
        <w:rPr>
          <w:b w:val="0"/>
          <w:bCs w:val="0"/>
          <w:noProof w:val="0"/>
          <w:lang w:val="en-US"/>
        </w:rPr>
        <w:t>Research experience and plans</w:t>
      </w:r>
      <w:r>
        <w:br/>
      </w:r>
      <w:r>
        <w:br/>
      </w:r>
      <w:r w:rsidRPr="115BE36C" w:rsidR="1B3999E7">
        <w:rPr>
          <w:noProof w:val="0"/>
          <w:lang w:val="en-US"/>
        </w:rPr>
        <w:t>Please outline your previous research experience and describe your future research plans.</w:t>
      </w:r>
    </w:p>
    <w:tbl>
      <w:tblPr>
        <w:tblStyle w:val="TableGrid"/>
        <w:tblW w:w="0" w:type="auto"/>
        <w:tblLook w:val="06A0" w:firstRow="1" w:lastRow="0" w:firstColumn="1" w:lastColumn="0" w:noHBand="1" w:noVBand="1"/>
      </w:tblPr>
      <w:tblGrid>
        <w:gridCol w:w="8640"/>
      </w:tblGrid>
      <w:tr w:rsidR="115BE36C" w:rsidTr="115BE36C" w14:paraId="299ED129">
        <w:trPr>
          <w:trHeight w:val="1275"/>
        </w:trPr>
        <w:tc>
          <w:tcPr>
            <w:tcW w:w="8640" w:type="dxa"/>
            <w:tcMar/>
          </w:tcPr>
          <w:p w:rsidR="115BE36C" w:rsidP="115BE36C" w:rsidRDefault="115BE36C" w14:paraId="250A845D" w14:textId="6C7A17A1">
            <w:pPr>
              <w:pStyle w:val="Normal"/>
              <w:rPr>
                <w:noProof w:val="0"/>
                <w:lang w:val="en-US"/>
              </w:rPr>
            </w:pPr>
          </w:p>
        </w:tc>
      </w:tr>
    </w:tbl>
    <w:p w:rsidR="1CE054EA" w:rsidP="115BE36C" w:rsidRDefault="1CE054EA" w14:paraId="25D717FE" w14:textId="5B971A0D">
      <w:pPr>
        <w:pStyle w:val="Normal"/>
        <w:keepNext w:val="1"/>
        <w:keepLines w:val="1"/>
        <w:rPr>
          <w:b w:val="1"/>
          <w:bCs w:val="1"/>
          <w:noProof w:val="0"/>
          <w:lang w:val="en-US"/>
        </w:rPr>
      </w:pPr>
      <w:r w:rsidRPr="115BE36C" w:rsidR="1B3999E7">
        <w:rPr>
          <w:b w:val="1"/>
          <w:bCs w:val="1"/>
          <w:noProof w:val="0"/>
          <w:lang w:val="en-US"/>
        </w:rPr>
        <w:t>Describe your PhD research</w:t>
      </w:r>
    </w:p>
    <w:p w:rsidR="1CE054EA" w:rsidP="4AF32898" w:rsidRDefault="1CE054EA" w14:paraId="1DDB8BDC" w14:textId="7835613F">
      <w:pPr>
        <w:pStyle w:val="Normal"/>
        <w:keepNext w:val="1"/>
        <w:keepLines w:val="1"/>
      </w:pPr>
      <w:r w:rsidRPr="115BE36C" w:rsidR="1B3999E7">
        <w:rPr>
          <w:noProof w:val="0"/>
          <w:lang w:val="en-US"/>
        </w:rPr>
        <w:t>This section gives you the opportunity to describe the research you completed for your PhD. Please include a brief description of your main findings and the impact these have had</w:t>
      </w:r>
    </w:p>
    <w:p w:rsidR="1CE054EA" w:rsidP="4AF32898" w:rsidRDefault="1CE054EA" w14:paraId="475EF907" w14:textId="3C08D732">
      <w:pPr>
        <w:pStyle w:val="Normal"/>
        <w:keepNext w:val="1"/>
        <w:keepLines w:val="1"/>
      </w:pPr>
      <w:r w:rsidRPr="115BE36C" w:rsidR="1B3999E7">
        <w:rPr>
          <w:noProof w:val="0"/>
          <w:lang w:val="en-US"/>
        </w:rPr>
        <w:t>Examples of impact could include:</w:t>
      </w:r>
    </w:p>
    <w:p w:rsidR="1CE054EA" w:rsidP="4AF32898" w:rsidRDefault="1CE054EA" w14:paraId="6B43537A" w14:textId="19BA8EAF">
      <w:pPr>
        <w:pStyle w:val="Normal"/>
        <w:keepNext w:val="1"/>
        <w:keepLines w:val="1"/>
      </w:pPr>
      <w:r w:rsidRPr="115BE36C" w:rsidR="1B3999E7">
        <w:rPr>
          <w:noProof w:val="0"/>
          <w:lang w:val="en-US"/>
        </w:rPr>
        <w:t>Contribution of research to practice, diagnosis, treatment or management of patients</w:t>
      </w:r>
    </w:p>
    <w:p w:rsidR="1CE054EA" w:rsidP="4AF32898" w:rsidRDefault="1CE054EA" w14:paraId="7A7A5D5D" w14:textId="67A8F37A">
      <w:pPr>
        <w:pStyle w:val="Normal"/>
        <w:keepNext w:val="1"/>
        <w:keepLines w:val="1"/>
      </w:pPr>
      <w:r w:rsidRPr="115BE36C" w:rsidR="1B3999E7">
        <w:rPr>
          <w:noProof w:val="0"/>
          <w:lang w:val="en-US"/>
        </w:rPr>
        <w:t>Contribution of research to the understanding of a disease process</w:t>
      </w:r>
    </w:p>
    <w:p w:rsidR="1CE054EA" w:rsidP="4AF32898" w:rsidRDefault="1CE054EA" w14:paraId="6FAA29D1" w14:textId="3246A9CB">
      <w:pPr>
        <w:pStyle w:val="Normal"/>
        <w:keepNext w:val="1"/>
        <w:keepLines w:val="1"/>
      </w:pPr>
      <w:r w:rsidRPr="115BE36C" w:rsidR="1B3999E7">
        <w:rPr>
          <w:noProof w:val="0"/>
          <w:lang w:val="en-US"/>
        </w:rPr>
        <w:t xml:space="preserve">Changes to a service (e.g. a referral pathway); and translation of </w:t>
      </w:r>
      <w:r w:rsidRPr="115BE36C" w:rsidR="1B3999E7">
        <w:rPr>
          <w:noProof w:val="0"/>
          <w:lang w:val="en-US"/>
        </w:rPr>
        <w:t>a research</w:t>
      </w:r>
      <w:r w:rsidRPr="115BE36C" w:rsidR="1B3999E7">
        <w:rPr>
          <w:noProof w:val="0"/>
          <w:lang w:val="en-US"/>
        </w:rPr>
        <w:t xml:space="preserve"> finding or development into clinical practice (e.g. a diagnostic tool)</w:t>
      </w:r>
    </w:p>
    <w:p w:rsidR="1CE054EA" w:rsidP="4AF32898" w:rsidRDefault="1CE054EA" w14:paraId="718DF561" w14:textId="2777A34B">
      <w:pPr>
        <w:pStyle w:val="Normal"/>
        <w:keepNext w:val="1"/>
        <w:keepLines w:val="1"/>
      </w:pPr>
      <w:r w:rsidRPr="115BE36C" w:rsidR="1B3999E7">
        <w:rPr>
          <w:noProof w:val="0"/>
          <w:lang w:val="en-US"/>
        </w:rPr>
        <w:t xml:space="preserve">Please also give details of the research </w:t>
      </w:r>
      <w:r w:rsidRPr="115BE36C" w:rsidR="1B3999E7">
        <w:rPr>
          <w:noProof w:val="0"/>
          <w:lang w:val="en-US"/>
        </w:rPr>
        <w:t>methods that</w:t>
      </w:r>
      <w:r w:rsidRPr="115BE36C" w:rsidR="1B3999E7">
        <w:rPr>
          <w:noProof w:val="0"/>
          <w:lang w:val="en-US"/>
        </w:rPr>
        <w:t xml:space="preserve"> you used. Please do not exceed the </w:t>
      </w:r>
      <w:r w:rsidRPr="115BE36C" w:rsidR="1B3999E7">
        <w:rPr>
          <w:noProof w:val="0"/>
          <w:lang w:val="en-US"/>
        </w:rPr>
        <w:t>750 word</w:t>
      </w:r>
      <w:r w:rsidRPr="115BE36C" w:rsidR="1B3999E7">
        <w:rPr>
          <w:noProof w:val="0"/>
          <w:lang w:val="en-US"/>
        </w:rPr>
        <w:t xml:space="preserve"> limit.</w:t>
      </w:r>
    </w:p>
    <w:p w:rsidR="1CE054EA" w:rsidP="4AF32898" w:rsidRDefault="1CE054EA" w14:paraId="54B4EB2B" w14:textId="4BCA45FE">
      <w:pPr>
        <w:pStyle w:val="Normal"/>
        <w:keepNext w:val="1"/>
        <w:keepLines w:val="1"/>
      </w:pPr>
      <w:r w:rsidRPr="115BE36C" w:rsidR="1B3999E7">
        <w:rPr>
          <w:noProof w:val="0"/>
          <w:lang w:val="en-US"/>
        </w:rPr>
        <w:t>If you do not wish to add anything, please input "N/A".</w:t>
      </w:r>
    </w:p>
    <w:tbl>
      <w:tblPr>
        <w:tblStyle w:val="TableGrid"/>
        <w:tblW w:w="0" w:type="auto"/>
        <w:tblLook w:val="06A0" w:firstRow="1" w:lastRow="0" w:firstColumn="1" w:lastColumn="0" w:noHBand="1" w:noVBand="1"/>
      </w:tblPr>
      <w:tblGrid>
        <w:gridCol w:w="8640"/>
      </w:tblGrid>
      <w:tr w:rsidR="115BE36C" w:rsidTr="115BE36C" w14:paraId="5470E785">
        <w:trPr>
          <w:trHeight w:val="1230"/>
        </w:trPr>
        <w:tc>
          <w:tcPr>
            <w:tcW w:w="8640" w:type="dxa"/>
            <w:tcMar/>
          </w:tcPr>
          <w:p w:rsidR="115BE36C" w:rsidP="115BE36C" w:rsidRDefault="115BE36C" w14:paraId="1B708CE0" w14:textId="0316076A">
            <w:pPr>
              <w:pStyle w:val="Normal"/>
              <w:rPr>
                <w:noProof w:val="0"/>
                <w:lang w:val="en-US"/>
              </w:rPr>
            </w:pPr>
          </w:p>
        </w:tc>
      </w:tr>
    </w:tbl>
    <w:p w:rsidR="1CE054EA" w:rsidP="4AF32898" w:rsidRDefault="1CE054EA" w14:paraId="6B143950" w14:textId="0EB447CF">
      <w:pPr>
        <w:pStyle w:val="Normal"/>
        <w:keepNext w:val="1"/>
        <w:keepLines w:val="1"/>
        <w:rPr>
          <w:noProof w:val="0"/>
          <w:lang w:val="en-US"/>
        </w:rPr>
      </w:pPr>
    </w:p>
    <w:p w:rsidR="1CE054EA" w:rsidP="115BE36C" w:rsidRDefault="1CE054EA" w14:paraId="74CFC869" w14:textId="081D93BB">
      <w:pPr>
        <w:pStyle w:val="Heading2"/>
      </w:pPr>
      <w:r w:rsidR="38661E56">
        <w:rPr/>
        <w:t>Aims, Career Objectives and Commitment to a Career in Academic Medicine</w:t>
      </w:r>
    </w:p>
    <w:p w:rsidR="1CE054EA" w:rsidP="115BE36C" w:rsidRDefault="1CE054EA" w14:paraId="32BE0F62" w14:textId="059A7AE8">
      <w:pPr>
        <w:pStyle w:val="Normal"/>
        <w:rPr>
          <w:b w:val="1"/>
          <w:bCs w:val="1"/>
        </w:rPr>
      </w:pPr>
      <w:r w:rsidRPr="115BE36C" w:rsidR="38661E56">
        <w:rPr>
          <w:b w:val="1"/>
          <w:bCs w:val="1"/>
        </w:rPr>
        <w:t>Medium and long-term career goals</w:t>
      </w:r>
    </w:p>
    <w:p w:rsidR="1CE054EA" w:rsidP="4AF32898" w:rsidRDefault="1CE054EA" w14:paraId="0FDE573F" w14:textId="1D5F32DB">
      <w:pPr>
        <w:pStyle w:val="Normal"/>
      </w:pPr>
      <w:r w:rsidR="38661E56">
        <w:rPr/>
        <w:t>Please indicate your medium and long-term goals in relation to academic medicine. You might wish to say what you are aiming to be doing in 5 and 10 years’ time.</w:t>
      </w:r>
    </w:p>
    <w:p w:rsidR="1CE054EA" w:rsidP="4AF32898" w:rsidRDefault="1CE054EA" w14:paraId="32FDF34C" w14:textId="137F01B7">
      <w:pPr>
        <w:pStyle w:val="Normal"/>
      </w:pPr>
      <w:r w:rsidR="38661E56">
        <w:rPr/>
        <w:t>If you do not wish to add anything, please input "N/A".</w:t>
      </w:r>
    </w:p>
    <w:tbl>
      <w:tblPr>
        <w:tblStyle w:val="TableGrid"/>
        <w:tblW w:w="0" w:type="auto"/>
        <w:tblLook w:val="06A0" w:firstRow="1" w:lastRow="0" w:firstColumn="1" w:lastColumn="0" w:noHBand="1" w:noVBand="1"/>
      </w:tblPr>
      <w:tblGrid>
        <w:gridCol w:w="8640"/>
      </w:tblGrid>
      <w:tr w:rsidR="115BE36C" w:rsidTr="115BE36C" w14:paraId="44A2F820">
        <w:trPr>
          <w:trHeight w:val="1380"/>
        </w:trPr>
        <w:tc>
          <w:tcPr>
            <w:tcW w:w="8640" w:type="dxa"/>
            <w:tcMar/>
          </w:tcPr>
          <w:p w:rsidR="115BE36C" w:rsidP="115BE36C" w:rsidRDefault="115BE36C" w14:paraId="31ED98DB" w14:textId="01D23657">
            <w:pPr>
              <w:pStyle w:val="Normal"/>
            </w:pPr>
          </w:p>
        </w:tc>
      </w:tr>
    </w:tbl>
    <w:p w:rsidR="1CE054EA" w:rsidP="4AF32898" w:rsidRDefault="1CE054EA" w14:paraId="6A44D806" w14:textId="5F9B9B4C">
      <w:pPr>
        <w:pStyle w:val="Normal"/>
      </w:pPr>
    </w:p>
    <w:p w:rsidR="38661E56" w:rsidP="115BE36C" w:rsidRDefault="38661E56" w14:paraId="1F746102" w14:textId="69AF335A">
      <w:pPr>
        <w:pStyle w:val="Normal"/>
        <w:rPr>
          <w:b w:val="1"/>
          <w:bCs w:val="1"/>
        </w:rPr>
      </w:pPr>
      <w:r w:rsidRPr="115BE36C" w:rsidR="38661E56">
        <w:rPr>
          <w:b w:val="1"/>
          <w:bCs w:val="1"/>
        </w:rPr>
        <w:t>Managing completion of clinical training</w:t>
      </w:r>
    </w:p>
    <w:p w:rsidR="38661E56" w:rsidP="115BE36C" w:rsidRDefault="38661E56" w14:paraId="0E7ABB83" w14:textId="7C13911D">
      <w:pPr>
        <w:pStyle w:val="Normal"/>
      </w:pPr>
      <w:r w:rsidR="38661E56">
        <w:rPr/>
        <w:t>Please use this section to describe how you will manage the completion of your clinical training alongside your academic development. Please provide a timetable of your plans.</w:t>
      </w:r>
    </w:p>
    <w:p w:rsidR="38661E56" w:rsidP="115BE36C" w:rsidRDefault="38661E56" w14:paraId="795959A4" w14:textId="7935D06A">
      <w:pPr>
        <w:pStyle w:val="Normal"/>
      </w:pPr>
      <w:r w:rsidR="38661E56">
        <w:rPr/>
        <w:t>If you do not wish to add anything, please input "N/A".</w:t>
      </w:r>
    </w:p>
    <w:tbl>
      <w:tblPr>
        <w:tblStyle w:val="TableGrid"/>
        <w:tblW w:w="0" w:type="auto"/>
        <w:tblLook w:val="06A0" w:firstRow="1" w:lastRow="0" w:firstColumn="1" w:lastColumn="0" w:noHBand="1" w:noVBand="1"/>
      </w:tblPr>
      <w:tblGrid>
        <w:gridCol w:w="8640"/>
      </w:tblGrid>
      <w:tr w:rsidR="115BE36C" w:rsidTr="115BE36C" w14:paraId="1CAD4285">
        <w:trPr>
          <w:trHeight w:val="1635"/>
        </w:trPr>
        <w:tc>
          <w:tcPr>
            <w:tcW w:w="8640" w:type="dxa"/>
            <w:tcMar/>
          </w:tcPr>
          <w:p w:rsidR="115BE36C" w:rsidP="115BE36C" w:rsidRDefault="115BE36C" w14:paraId="2B4A5C16" w14:textId="4F4BC47F">
            <w:pPr>
              <w:pStyle w:val="Normal"/>
            </w:pPr>
          </w:p>
        </w:tc>
      </w:tr>
    </w:tbl>
    <w:p w:rsidR="115BE36C" w:rsidP="115BE36C" w:rsidRDefault="115BE36C" w14:paraId="733A3405" w14:textId="6CC972DD">
      <w:pPr>
        <w:pStyle w:val="Normal"/>
      </w:pPr>
    </w:p>
    <w:p w:rsidR="38661E56" w:rsidP="115BE36C" w:rsidRDefault="38661E56" w14:paraId="43716E7E" w14:textId="471D93E9">
      <w:pPr>
        <w:pStyle w:val="Normal"/>
        <w:rPr>
          <w:b w:val="1"/>
          <w:bCs w:val="1"/>
        </w:rPr>
      </w:pPr>
      <w:r w:rsidRPr="115BE36C" w:rsidR="38661E56">
        <w:rPr>
          <w:b w:val="1"/>
          <w:bCs w:val="1"/>
        </w:rPr>
        <w:t>Support from host department</w:t>
      </w:r>
    </w:p>
    <w:p w:rsidR="38661E56" w:rsidP="115BE36C" w:rsidRDefault="38661E56" w14:paraId="6A9945A5" w14:textId="6B10C1BC">
      <w:pPr>
        <w:pStyle w:val="Normal"/>
      </w:pPr>
      <w:r w:rsidR="38661E56">
        <w:rPr/>
        <w:t>Please explain how the host department offering the NIHR Clinical Lectureship you have chosen will support your research aims and career objectives.</w:t>
      </w:r>
    </w:p>
    <w:p w:rsidR="38661E56" w:rsidP="115BE36C" w:rsidRDefault="38661E56" w14:paraId="3739B359" w14:textId="5DDC54B2">
      <w:pPr>
        <w:pStyle w:val="Normal"/>
      </w:pPr>
      <w:r w:rsidR="38661E56">
        <w:rPr/>
        <w:t>If you do not wish to add anything, please input "N/A".</w:t>
      </w:r>
    </w:p>
    <w:tbl>
      <w:tblPr>
        <w:tblStyle w:val="TableGrid"/>
        <w:tblW w:w="0" w:type="auto"/>
        <w:tblLook w:val="06A0" w:firstRow="1" w:lastRow="0" w:firstColumn="1" w:lastColumn="0" w:noHBand="1" w:noVBand="1"/>
      </w:tblPr>
      <w:tblGrid>
        <w:gridCol w:w="8640"/>
      </w:tblGrid>
      <w:tr w:rsidR="115BE36C" w:rsidTr="115BE36C" w14:paraId="4F138EF1">
        <w:trPr>
          <w:trHeight w:val="1620"/>
        </w:trPr>
        <w:tc>
          <w:tcPr>
            <w:tcW w:w="8640" w:type="dxa"/>
            <w:tcMar/>
          </w:tcPr>
          <w:p w:rsidR="115BE36C" w:rsidP="115BE36C" w:rsidRDefault="115BE36C" w14:paraId="3D095D62" w14:textId="0045F2AC">
            <w:pPr>
              <w:pStyle w:val="Normal"/>
            </w:pPr>
          </w:p>
        </w:tc>
      </w:tr>
    </w:tbl>
    <w:p w:rsidR="115BE36C" w:rsidP="115BE36C" w:rsidRDefault="115BE36C" w14:paraId="669D4923" w14:textId="70DC0D03">
      <w:pPr>
        <w:pStyle w:val="Normal"/>
      </w:pPr>
    </w:p>
    <w:p w:rsidR="1E65B2E0" w:rsidP="115BE36C" w:rsidRDefault="1E65B2E0" w14:paraId="7E7F60EA" w14:textId="7D1175FF">
      <w:pPr>
        <w:pStyle w:val="Heading2"/>
        <w:rPr>
          <w:b w:val="1"/>
          <w:bCs w:val="1"/>
        </w:rPr>
      </w:pPr>
      <w:r w:rsidR="1E65B2E0">
        <w:rPr/>
        <w:t>Any Further Information</w:t>
      </w:r>
    </w:p>
    <w:p w:rsidR="1E65B2E0" w:rsidP="115BE36C" w:rsidRDefault="1E65B2E0" w14:paraId="4B5F23AB" w14:textId="312EE461">
      <w:pPr>
        <w:pStyle w:val="Normal"/>
        <w:rPr>
          <w:b w:val="0"/>
          <w:bCs w:val="0"/>
        </w:rPr>
      </w:pPr>
      <w:r w:rsidR="1E65B2E0">
        <w:rPr>
          <w:b w:val="0"/>
          <w:bCs w:val="0"/>
        </w:rPr>
        <w:t>Please use this section to provide information which might support your application that has not been covered elsewhere on the form. Please describe the skills and attributes that you feel you have which make you a suitable candidate for an NIHR Clinical Lectureship.</w:t>
      </w:r>
    </w:p>
    <w:p w:rsidR="1E65B2E0" w:rsidP="115BE36C" w:rsidRDefault="1E65B2E0" w14:paraId="4A066A6A" w14:textId="01123B56">
      <w:pPr>
        <w:pStyle w:val="Normal"/>
        <w:rPr>
          <w:b w:val="0"/>
          <w:bCs w:val="0"/>
        </w:rPr>
      </w:pPr>
      <w:r w:rsidR="1E65B2E0">
        <w:rPr>
          <w:b w:val="0"/>
          <w:bCs w:val="0"/>
        </w:rPr>
        <w:t>If you do not wish to add anything, please input "N/A".</w:t>
      </w:r>
    </w:p>
    <w:tbl>
      <w:tblPr>
        <w:tblStyle w:val="TableGrid"/>
        <w:tblW w:w="0" w:type="auto"/>
        <w:tblLook w:val="06A0" w:firstRow="1" w:lastRow="0" w:firstColumn="1" w:lastColumn="0" w:noHBand="1" w:noVBand="1"/>
      </w:tblPr>
      <w:tblGrid>
        <w:gridCol w:w="8640"/>
      </w:tblGrid>
      <w:tr w:rsidR="115BE36C" w:rsidTr="115BE36C" w14:paraId="17FDE8C9">
        <w:trPr>
          <w:trHeight w:val="1560"/>
        </w:trPr>
        <w:tc>
          <w:tcPr>
            <w:tcW w:w="8640" w:type="dxa"/>
            <w:tcMar/>
          </w:tcPr>
          <w:p w:rsidR="115BE36C" w:rsidP="115BE36C" w:rsidRDefault="115BE36C" w14:paraId="36B3276F" w14:textId="46D4FAFC">
            <w:pPr>
              <w:pStyle w:val="Normal"/>
              <w:rPr>
                <w:b w:val="0"/>
                <w:bCs w:val="0"/>
              </w:rPr>
            </w:pPr>
          </w:p>
        </w:tc>
      </w:tr>
    </w:tbl>
    <w:p w:rsidR="1E65B2E0" w:rsidP="115BE36C" w:rsidRDefault="1E65B2E0" w14:paraId="7D9EF071" w14:textId="0E0A8616">
      <w:pPr>
        <w:pStyle w:val="Heading1"/>
      </w:pPr>
    </w:p>
    <w:p w:rsidR="1E65B2E0" w:rsidP="28FBA48F" w:rsidRDefault="1E65B2E0" w14:paraId="6A8B02C4" w14:textId="16275992">
      <w:pPr/>
      <w:r>
        <w:br w:type="page"/>
      </w:r>
    </w:p>
    <w:p w:rsidR="1E65B2E0" w:rsidP="115BE36C" w:rsidRDefault="1E65B2E0" w14:paraId="43121029" w14:textId="62B92BDD">
      <w:pPr>
        <w:pStyle w:val="Heading1"/>
        <w:rPr>
          <w:b w:val="0"/>
          <w:bCs w:val="0"/>
        </w:rPr>
      </w:pPr>
      <w:r w:rsidR="1E65B2E0">
        <w:rPr/>
        <w:t>Supporting</w:t>
      </w:r>
      <w:r w:rsidR="32B42E86">
        <w:rPr/>
        <w:t xml:space="preserve"> </w:t>
      </w:r>
    </w:p>
    <w:p w:rsidR="5B1C5104" w:rsidP="115BE36C" w:rsidRDefault="5B1C5104" w14:paraId="443064B5" w14:textId="0533000B">
      <w:pPr>
        <w:pStyle w:val="Heading2"/>
      </w:pPr>
      <w:r w:rsidR="5B1C5104">
        <w:rPr/>
        <w:t>Clinical Eligibility Declaration - DRN/NTN/Benchmarking</w:t>
      </w:r>
    </w:p>
    <w:p w:rsidR="5B1C5104" w:rsidP="115BE36C" w:rsidRDefault="5B1C5104" w14:paraId="36D56247" w14:textId="009FE607">
      <w:pPr>
        <w:pStyle w:val="Normal"/>
      </w:pPr>
      <w:r w:rsidR="5B1C5104">
        <w:rPr>
          <w:b w:val="0"/>
          <w:bCs w:val="0"/>
        </w:rPr>
        <w:t>Applicants to academic clinical training posts can demonstrate clinical eligibility either by:</w:t>
      </w:r>
      <w:r>
        <w:br/>
      </w:r>
      <w:r>
        <w:br/>
      </w:r>
      <w:r w:rsidR="5B1C5104">
        <w:rPr/>
        <w:t>1) Having a National Training Number (NTN) in the same specialty and grade, or a Deanery Reference Number (DRN) in the associated Core Training Programme at the relevant grade as the post to which they are applying and must be the same grade as advertised by the advertised start date, or by</w:t>
      </w:r>
      <w:r>
        <w:br/>
      </w:r>
      <w:r>
        <w:br/>
      </w:r>
      <w:r w:rsidR="5B1C5104">
        <w:rPr/>
        <w:t>2) Having applied to, and been found appointable at, the relevant national specialty recruitment for this post, if applicable (clinical benchmarking)</w:t>
      </w:r>
      <w:r>
        <w:br/>
      </w:r>
      <w:r>
        <w:br/>
      </w:r>
      <w:r w:rsidR="5B1C5104">
        <w:rPr/>
        <w:t>Trainees who have previously relinquished a training post for any training programme must provide a ‘Support for Re-application to a Specialty Training programme’ form. This can be found in the Resource Bank.</w:t>
      </w:r>
    </w:p>
    <w:tbl>
      <w:tblPr>
        <w:tblStyle w:val="TableGrid"/>
        <w:tblW w:w="0" w:type="auto"/>
        <w:tblLook w:val="06A0" w:firstRow="1" w:lastRow="0" w:firstColumn="1" w:lastColumn="0" w:noHBand="1" w:noVBand="1"/>
      </w:tblPr>
      <w:tblGrid>
        <w:gridCol w:w="345"/>
        <w:gridCol w:w="8295"/>
      </w:tblGrid>
      <w:tr w:rsidR="115BE36C" w:rsidTr="115BE36C" w14:paraId="29FF528D">
        <w:trPr>
          <w:trHeight w:val="300"/>
        </w:trPr>
        <w:tc>
          <w:tcPr>
            <w:tcW w:w="345" w:type="dxa"/>
            <w:tcMar/>
          </w:tcPr>
          <w:p w:rsidR="115BE36C" w:rsidP="115BE36C" w:rsidRDefault="115BE36C" w14:paraId="35497593" w14:textId="0D9C9365">
            <w:pPr>
              <w:pStyle w:val="Normal"/>
            </w:pPr>
          </w:p>
        </w:tc>
        <w:tc>
          <w:tcPr>
            <w:tcW w:w="8295" w:type="dxa"/>
            <w:tcMar/>
          </w:tcPr>
          <w:p w:rsidR="3C04D612" w:rsidP="115BE36C" w:rsidRDefault="3C04D612" w14:paraId="06FC994A" w14:textId="188D8482">
            <w:pPr>
              <w:pStyle w:val="Normal"/>
            </w:pPr>
            <w:r w:rsidR="3C04D612">
              <w:rPr/>
              <w:t>A) I hold a National Training Number</w:t>
            </w:r>
            <w:r w:rsidR="1A32ECEA">
              <w:rPr/>
              <w:t xml:space="preserve"> (NTN) in the </w:t>
            </w:r>
            <w:r w:rsidR="1A32ECEA">
              <w:rPr/>
              <w:t>specialty</w:t>
            </w:r>
            <w:r w:rsidR="1A32ECEA">
              <w:rPr/>
              <w:t xml:space="preserve"> advertised and I will be at one of the grades advertised by the advertised start date</w:t>
            </w:r>
          </w:p>
        </w:tc>
      </w:tr>
      <w:tr w:rsidR="115BE36C" w:rsidTr="115BE36C" w14:paraId="2A6551CF">
        <w:trPr>
          <w:trHeight w:val="300"/>
        </w:trPr>
        <w:tc>
          <w:tcPr>
            <w:tcW w:w="345" w:type="dxa"/>
            <w:tcMar/>
          </w:tcPr>
          <w:p w:rsidR="115BE36C" w:rsidP="115BE36C" w:rsidRDefault="115BE36C" w14:paraId="44DE14DF" w14:textId="219322F2">
            <w:pPr>
              <w:pStyle w:val="Normal"/>
            </w:pPr>
          </w:p>
        </w:tc>
        <w:tc>
          <w:tcPr>
            <w:tcW w:w="8295" w:type="dxa"/>
            <w:tcMar/>
          </w:tcPr>
          <w:p w:rsidR="3C04D612" w:rsidP="115BE36C" w:rsidRDefault="3C04D612" w14:paraId="790322AB" w14:textId="5A32DA79">
            <w:pPr>
              <w:pStyle w:val="Normal"/>
            </w:pPr>
            <w:r w:rsidR="3C04D612">
              <w:rPr/>
              <w:t>B)</w:t>
            </w:r>
            <w:r w:rsidR="5E81B51D">
              <w:rPr/>
              <w:t xml:space="preserve"> I hold a Deanery Reference Number (DRN) in an associated Core Training </w:t>
            </w:r>
            <w:r w:rsidR="5E81B51D">
              <w:rPr/>
              <w:t>Programme</w:t>
            </w:r>
            <w:r w:rsidR="5E81B51D">
              <w:rPr/>
              <w:t xml:space="preserve"> rela</w:t>
            </w:r>
            <w:r w:rsidR="3CF9B157">
              <w:rPr/>
              <w:t>t</w:t>
            </w:r>
            <w:r w:rsidR="5E81B51D">
              <w:rPr/>
              <w:t xml:space="preserve">ed to the </w:t>
            </w:r>
            <w:r w:rsidR="678EAAE9">
              <w:rPr/>
              <w:t>specialty</w:t>
            </w:r>
            <w:r w:rsidR="5E81B51D">
              <w:rPr/>
              <w:t xml:space="preserve"> ad</w:t>
            </w:r>
            <w:r w:rsidR="3B37EE36">
              <w:rPr/>
              <w:t>vertised and I am N</w:t>
            </w:r>
            <w:r w:rsidR="4E4F5A23">
              <w:rPr/>
              <w:t>OT</w:t>
            </w:r>
            <w:r w:rsidR="3B37EE36">
              <w:rPr/>
              <w:t xml:space="preserve"> due to complete my Core Training by the advertised start date</w:t>
            </w:r>
          </w:p>
        </w:tc>
      </w:tr>
      <w:tr w:rsidR="115BE36C" w:rsidTr="115BE36C" w14:paraId="745BE818">
        <w:trPr>
          <w:trHeight w:val="300"/>
        </w:trPr>
        <w:tc>
          <w:tcPr>
            <w:tcW w:w="345" w:type="dxa"/>
            <w:tcMar/>
          </w:tcPr>
          <w:p w:rsidR="115BE36C" w:rsidP="115BE36C" w:rsidRDefault="115BE36C" w14:paraId="42594404" w14:textId="219322F2">
            <w:pPr>
              <w:pStyle w:val="Normal"/>
            </w:pPr>
          </w:p>
        </w:tc>
        <w:tc>
          <w:tcPr>
            <w:tcW w:w="8295" w:type="dxa"/>
            <w:tcMar/>
          </w:tcPr>
          <w:p w:rsidR="3C04D612" w:rsidP="115BE36C" w:rsidRDefault="3C04D612" w14:paraId="2935093F" w14:textId="4C06B33B">
            <w:pPr>
              <w:pStyle w:val="Normal"/>
            </w:pPr>
            <w:r w:rsidR="3C04D612">
              <w:rPr/>
              <w:t>C)</w:t>
            </w:r>
            <w:r w:rsidR="6C719B4C">
              <w:rPr/>
              <w:t xml:space="preserve"> I </w:t>
            </w:r>
            <w:r w:rsidR="0453E4FB">
              <w:rPr/>
              <w:t>hold Deanery</w:t>
            </w:r>
            <w:r w:rsidR="6C719B4C">
              <w:rPr/>
              <w:t xml:space="preserve"> Reference Number (DRN) in an associated Core Training </w:t>
            </w:r>
            <w:r w:rsidR="6C719B4C">
              <w:rPr/>
              <w:t>Programme</w:t>
            </w:r>
            <w:r w:rsidR="6C719B4C">
              <w:rPr/>
              <w:t xml:space="preserve"> and I am due to complete </w:t>
            </w:r>
            <w:r w:rsidR="558094E2">
              <w:rPr/>
              <w:t>m</w:t>
            </w:r>
            <w:r w:rsidR="6C719B4C">
              <w:rPr/>
              <w:t xml:space="preserve">y Core Training By the advertised </w:t>
            </w:r>
            <w:r w:rsidR="08D81EC0">
              <w:rPr/>
              <w:t>start date</w:t>
            </w:r>
          </w:p>
        </w:tc>
      </w:tr>
      <w:tr w:rsidR="115BE36C" w:rsidTr="115BE36C" w14:paraId="5ACC581E">
        <w:trPr>
          <w:trHeight w:val="300"/>
        </w:trPr>
        <w:tc>
          <w:tcPr>
            <w:tcW w:w="345" w:type="dxa"/>
            <w:tcMar/>
          </w:tcPr>
          <w:p w:rsidR="115BE36C" w:rsidP="115BE36C" w:rsidRDefault="115BE36C" w14:paraId="49383AC4" w14:textId="219322F2">
            <w:pPr>
              <w:pStyle w:val="Normal"/>
            </w:pPr>
          </w:p>
        </w:tc>
        <w:tc>
          <w:tcPr>
            <w:tcW w:w="8295" w:type="dxa"/>
            <w:tcMar/>
          </w:tcPr>
          <w:p w:rsidR="3C04D612" w:rsidP="115BE36C" w:rsidRDefault="3C04D612" w14:paraId="7DD37C68" w14:textId="235DB001">
            <w:pPr>
              <w:pStyle w:val="Normal"/>
            </w:pPr>
            <w:r w:rsidR="3C04D612">
              <w:rPr/>
              <w:t>D)</w:t>
            </w:r>
            <w:r w:rsidR="45483715">
              <w:rPr/>
              <w:t xml:space="preserve"> I am not in </w:t>
            </w:r>
            <w:bookmarkStart w:name="_Int_wTaOwvGa" w:id="512799000"/>
            <w:r w:rsidR="45483715">
              <w:rPr/>
              <w:t>a current</w:t>
            </w:r>
            <w:bookmarkEnd w:id="512799000"/>
            <w:r w:rsidR="45483715">
              <w:rPr/>
              <w:t xml:space="preserve"> training post. I do not hold a National Training Number</w:t>
            </w:r>
            <w:r w:rsidR="756C3868">
              <w:rPr/>
              <w:t xml:space="preserve"> (NTN)</w:t>
            </w:r>
            <w:r w:rsidR="45483715">
              <w:rPr/>
              <w:t xml:space="preserve"> </w:t>
            </w:r>
            <w:r w:rsidR="5B55F93A">
              <w:rPr/>
              <w:t>for the specialty advertised or Deanery Reference Number (DRN) for the associated Core Training Programme</w:t>
            </w:r>
          </w:p>
        </w:tc>
      </w:tr>
    </w:tbl>
    <w:p w:rsidR="115BE36C" w:rsidP="115BE36C" w:rsidRDefault="115BE36C" w14:paraId="12B6C2AA" w14:textId="46D5343C">
      <w:pPr>
        <w:pStyle w:val="Normal"/>
        <w:rPr>
          <w:highlight w:val="yellow"/>
        </w:rPr>
      </w:pPr>
    </w:p>
    <w:p w:rsidR="1A0BB62D" w:rsidP="115BE36C" w:rsidRDefault="1A0BB62D" w14:paraId="28F48498" w14:textId="247A5F56">
      <w:pPr>
        <w:pStyle w:val="Heading2"/>
      </w:pPr>
      <w:r w:rsidR="1A0BB62D">
        <w:rPr/>
        <w:t>Current Training Post</w:t>
      </w:r>
    </w:p>
    <w:p w:rsidR="1A0BB62D" w:rsidP="28FBA48F" w:rsidRDefault="1A0BB62D" w14:paraId="60150C34" w14:textId="11D024BE">
      <w:pPr>
        <w:pStyle w:val="Normal"/>
      </w:pPr>
      <w:r w:rsidR="1A0BB62D">
        <w:rPr/>
        <w:t xml:space="preserve">Please </w:t>
      </w:r>
      <w:r w:rsidR="1A0BB62D">
        <w:rPr/>
        <w:t>indicate</w:t>
      </w:r>
      <w:r w:rsidR="1A0BB62D">
        <w:rPr/>
        <w:t xml:space="preserve"> your current training grade as of today (</w:t>
      </w:r>
      <w:r w:rsidR="1A0BB62D">
        <w:rPr/>
        <w:t>e.g.</w:t>
      </w:r>
      <w:r w:rsidR="1A0BB62D">
        <w:rPr/>
        <w:t xml:space="preserve"> ST4)</w:t>
      </w:r>
    </w:p>
    <w:tbl>
      <w:tblPr>
        <w:tblStyle w:val="TableGrid"/>
        <w:tblW w:w="0" w:type="auto"/>
        <w:tblLook w:val="06A0" w:firstRow="1" w:lastRow="0" w:firstColumn="1" w:lastColumn="0" w:noHBand="1" w:noVBand="1"/>
      </w:tblPr>
      <w:tblGrid>
        <w:gridCol w:w="8640"/>
      </w:tblGrid>
      <w:tr w:rsidR="115BE36C" w:rsidTr="28FBA48F" w14:paraId="7AA501CD">
        <w:trPr>
          <w:trHeight w:val="300"/>
        </w:trPr>
        <w:tc>
          <w:tcPr>
            <w:tcW w:w="8640" w:type="dxa"/>
            <w:tcMar/>
          </w:tcPr>
          <w:p w:rsidR="115BE36C" w:rsidP="115BE36C" w:rsidRDefault="115BE36C" w14:paraId="1415CD25" w14:textId="39E3A63F">
            <w:pPr>
              <w:pStyle w:val="Normal"/>
            </w:pPr>
          </w:p>
        </w:tc>
      </w:tr>
    </w:tbl>
    <w:p w:rsidR="28FBA48F" w:rsidP="28FBA48F" w:rsidRDefault="28FBA48F" w14:paraId="62CF9683" w14:textId="24D41B60">
      <w:pPr>
        <w:pStyle w:val="Normal"/>
      </w:pPr>
    </w:p>
    <w:p w:rsidR="1A0BB62D" w:rsidP="115BE36C" w:rsidRDefault="1A0BB62D" w14:paraId="13E9DFD8" w14:textId="09B6CB0A">
      <w:pPr>
        <w:pStyle w:val="Normal"/>
      </w:pPr>
      <w:r w:rsidR="1A0BB62D">
        <w:rPr/>
        <w:t xml:space="preserve">Are you currently Out of </w:t>
      </w:r>
      <w:r w:rsidR="1A0BB62D">
        <w:rPr/>
        <w:t>Programme</w:t>
      </w:r>
      <w:r w:rsidR="1A0BB62D">
        <w:rPr/>
        <w:t xml:space="preserve"> (OOP), or have you been Out of </w:t>
      </w:r>
      <w:r w:rsidR="1A0BB62D">
        <w:rPr/>
        <w:t>Programme</w:t>
      </w:r>
      <w:r w:rsidR="1A0BB62D">
        <w:rPr/>
        <w:t xml:space="preserve"> previously? </w:t>
      </w:r>
    </w:p>
    <w:p w:rsidR="1A0BB62D" w:rsidP="115BE36C" w:rsidRDefault="1A0BB62D" w14:paraId="3024FF17" w14:textId="138F9C0A">
      <w:pPr>
        <w:pStyle w:val="Normal"/>
      </w:pPr>
      <w:r w:rsidR="1A0BB62D">
        <w:rPr/>
        <w:t>Yes/No</w:t>
      </w:r>
    </w:p>
    <w:p w:rsidR="28FBA48F" w:rsidP="28FBA48F" w:rsidRDefault="28FBA48F" w14:paraId="1D2E0725" w14:textId="3C393312">
      <w:pPr>
        <w:pStyle w:val="Normal"/>
      </w:pPr>
    </w:p>
    <w:p w:rsidR="1A0BB62D" w:rsidP="115BE36C" w:rsidRDefault="1A0BB62D" w14:paraId="1A470B6E" w14:textId="6D28CA8E">
      <w:pPr>
        <w:pStyle w:val="Normal"/>
      </w:pPr>
      <w:r w:rsidR="1A0BB62D">
        <w:rPr/>
        <w:t>Are you training Less Than Full Time (LTFT) or would you be classed as an “out of sync” trainee (e.g. you started later in the training year than usually expected and rotate to the next training grade at a different month than usually expected)</w:t>
      </w:r>
    </w:p>
    <w:p w:rsidR="1A0BB62D" w:rsidP="115BE36C" w:rsidRDefault="1A0BB62D" w14:paraId="2D0A1102" w14:textId="52632943">
      <w:pPr>
        <w:pStyle w:val="Normal"/>
      </w:pPr>
      <w:r w:rsidR="1A0BB62D">
        <w:rPr/>
        <w:t>Yes/No</w:t>
      </w:r>
    </w:p>
    <w:p w:rsidR="1A0BB62D" w:rsidP="115BE36C" w:rsidRDefault="1A0BB62D" w14:paraId="02A53ED2" w14:textId="358AF360">
      <w:pPr>
        <w:pStyle w:val="Normal"/>
      </w:pPr>
      <w:r w:rsidR="1A0BB62D">
        <w:rPr/>
        <w:t>Please indicate the grade you will be when you rotate to the next grade of training (assuming satisfactory ARCP outcome) (e.g. ST5). If you are in the final year of a core training programme, please indicate the grade at which you intend to take up this ACL.</w:t>
      </w:r>
    </w:p>
    <w:tbl>
      <w:tblPr>
        <w:tblStyle w:val="TableGrid"/>
        <w:tblW w:w="0" w:type="auto"/>
        <w:tblLook w:val="06A0" w:firstRow="1" w:lastRow="0" w:firstColumn="1" w:lastColumn="0" w:noHBand="1" w:noVBand="1"/>
      </w:tblPr>
      <w:tblGrid>
        <w:gridCol w:w="1155"/>
        <w:gridCol w:w="600"/>
      </w:tblGrid>
      <w:tr w:rsidR="115BE36C" w:rsidTr="115BE36C" w14:paraId="16DDC25B">
        <w:trPr>
          <w:trHeight w:val="300"/>
        </w:trPr>
        <w:tc>
          <w:tcPr>
            <w:tcW w:w="1155" w:type="dxa"/>
            <w:tcMar/>
          </w:tcPr>
          <w:p w:rsidR="18E3B15A" w:rsidP="115BE36C" w:rsidRDefault="18E3B15A" w14:paraId="4CDE0E55" w14:textId="62D5F2AD">
            <w:pPr>
              <w:pStyle w:val="Normal"/>
            </w:pPr>
            <w:r w:rsidR="18E3B15A">
              <w:rPr/>
              <w:t>ST3/CT3</w:t>
            </w:r>
          </w:p>
        </w:tc>
        <w:tc>
          <w:tcPr>
            <w:tcW w:w="600" w:type="dxa"/>
            <w:tcMar/>
          </w:tcPr>
          <w:p w:rsidR="115BE36C" w:rsidP="115BE36C" w:rsidRDefault="115BE36C" w14:paraId="49916256" w14:textId="46E39877">
            <w:pPr>
              <w:pStyle w:val="Normal"/>
            </w:pPr>
          </w:p>
        </w:tc>
      </w:tr>
      <w:tr w:rsidR="115BE36C" w:rsidTr="115BE36C" w14:paraId="56966DCA">
        <w:trPr>
          <w:trHeight w:val="300"/>
        </w:trPr>
        <w:tc>
          <w:tcPr>
            <w:tcW w:w="1155" w:type="dxa"/>
            <w:tcMar/>
          </w:tcPr>
          <w:p w:rsidR="386E9C90" w:rsidP="115BE36C" w:rsidRDefault="386E9C90" w14:paraId="42A48329" w14:textId="66478DE3">
            <w:pPr>
              <w:pStyle w:val="Normal"/>
            </w:pPr>
            <w:r w:rsidR="386E9C90">
              <w:rPr/>
              <w:t>ST</w:t>
            </w:r>
            <w:r w:rsidR="4EC52134">
              <w:rPr/>
              <w:t>4/CT4</w:t>
            </w:r>
          </w:p>
        </w:tc>
        <w:tc>
          <w:tcPr>
            <w:tcW w:w="600" w:type="dxa"/>
            <w:tcMar/>
          </w:tcPr>
          <w:p w:rsidR="115BE36C" w:rsidP="115BE36C" w:rsidRDefault="115BE36C" w14:paraId="0731E22B" w14:textId="46E39877">
            <w:pPr>
              <w:pStyle w:val="Normal"/>
            </w:pPr>
          </w:p>
        </w:tc>
      </w:tr>
      <w:tr w:rsidR="115BE36C" w:rsidTr="115BE36C" w14:paraId="3943A36B">
        <w:trPr>
          <w:trHeight w:val="300"/>
        </w:trPr>
        <w:tc>
          <w:tcPr>
            <w:tcW w:w="1155" w:type="dxa"/>
            <w:tcMar/>
          </w:tcPr>
          <w:p w:rsidR="4EC52134" w:rsidP="115BE36C" w:rsidRDefault="4EC52134" w14:paraId="5EB9EF2B" w14:textId="72C94293">
            <w:pPr>
              <w:pStyle w:val="Normal"/>
            </w:pPr>
            <w:r w:rsidR="4EC52134">
              <w:rPr/>
              <w:t>ST5</w:t>
            </w:r>
          </w:p>
        </w:tc>
        <w:tc>
          <w:tcPr>
            <w:tcW w:w="600" w:type="dxa"/>
            <w:tcMar/>
          </w:tcPr>
          <w:p w:rsidR="115BE36C" w:rsidP="115BE36C" w:rsidRDefault="115BE36C" w14:paraId="3A3715B5" w14:textId="46E39877">
            <w:pPr>
              <w:pStyle w:val="Normal"/>
            </w:pPr>
          </w:p>
        </w:tc>
      </w:tr>
      <w:tr w:rsidR="115BE36C" w:rsidTr="115BE36C" w14:paraId="4CB31BC4">
        <w:trPr>
          <w:trHeight w:val="300"/>
        </w:trPr>
        <w:tc>
          <w:tcPr>
            <w:tcW w:w="1155" w:type="dxa"/>
            <w:tcMar/>
          </w:tcPr>
          <w:p w:rsidR="4EC52134" w:rsidP="115BE36C" w:rsidRDefault="4EC52134" w14:paraId="054BFC55" w14:textId="04A0B386">
            <w:pPr>
              <w:pStyle w:val="Normal"/>
            </w:pPr>
            <w:r w:rsidR="4EC52134">
              <w:rPr/>
              <w:t>ST6</w:t>
            </w:r>
          </w:p>
        </w:tc>
        <w:tc>
          <w:tcPr>
            <w:tcW w:w="600" w:type="dxa"/>
            <w:tcMar/>
          </w:tcPr>
          <w:p w:rsidR="115BE36C" w:rsidP="115BE36C" w:rsidRDefault="115BE36C" w14:paraId="3DC75E16" w14:textId="46E39877">
            <w:pPr>
              <w:pStyle w:val="Normal"/>
            </w:pPr>
          </w:p>
        </w:tc>
      </w:tr>
      <w:tr w:rsidR="115BE36C" w:rsidTr="115BE36C" w14:paraId="0F972BF9">
        <w:trPr>
          <w:trHeight w:val="300"/>
        </w:trPr>
        <w:tc>
          <w:tcPr>
            <w:tcW w:w="1155" w:type="dxa"/>
            <w:tcMar/>
          </w:tcPr>
          <w:p w:rsidR="4EC52134" w:rsidP="115BE36C" w:rsidRDefault="4EC52134" w14:paraId="37F78E01" w14:textId="56635323">
            <w:pPr>
              <w:pStyle w:val="Normal"/>
            </w:pPr>
            <w:r w:rsidR="4EC52134">
              <w:rPr/>
              <w:t>ST7</w:t>
            </w:r>
          </w:p>
        </w:tc>
        <w:tc>
          <w:tcPr>
            <w:tcW w:w="600" w:type="dxa"/>
            <w:tcMar/>
          </w:tcPr>
          <w:p w:rsidR="115BE36C" w:rsidP="115BE36C" w:rsidRDefault="115BE36C" w14:paraId="391D5482" w14:textId="46E39877">
            <w:pPr>
              <w:pStyle w:val="Normal"/>
            </w:pPr>
          </w:p>
        </w:tc>
      </w:tr>
      <w:tr w:rsidR="115BE36C" w:rsidTr="115BE36C" w14:paraId="2D1738B5">
        <w:trPr>
          <w:trHeight w:val="300"/>
        </w:trPr>
        <w:tc>
          <w:tcPr>
            <w:tcW w:w="1155" w:type="dxa"/>
            <w:tcMar/>
          </w:tcPr>
          <w:p w:rsidR="4EC52134" w:rsidP="115BE36C" w:rsidRDefault="4EC52134" w14:paraId="1729A3AC" w14:textId="397DA62E">
            <w:pPr>
              <w:pStyle w:val="Normal"/>
            </w:pPr>
            <w:r w:rsidR="4EC52134">
              <w:rPr/>
              <w:t>ST8</w:t>
            </w:r>
          </w:p>
        </w:tc>
        <w:tc>
          <w:tcPr>
            <w:tcW w:w="600" w:type="dxa"/>
            <w:tcMar/>
          </w:tcPr>
          <w:p w:rsidR="115BE36C" w:rsidP="115BE36C" w:rsidRDefault="115BE36C" w14:paraId="193D6B86" w14:textId="46E39877">
            <w:pPr>
              <w:pStyle w:val="Normal"/>
            </w:pPr>
          </w:p>
        </w:tc>
      </w:tr>
      <w:tr w:rsidR="115BE36C" w:rsidTr="115BE36C" w14:paraId="53B8A955">
        <w:trPr>
          <w:trHeight w:val="300"/>
        </w:trPr>
        <w:tc>
          <w:tcPr>
            <w:tcW w:w="1155" w:type="dxa"/>
            <w:tcMar/>
          </w:tcPr>
          <w:p w:rsidR="386E9C90" w:rsidP="115BE36C" w:rsidRDefault="386E9C90" w14:paraId="0C8B78F7" w14:textId="21FB4220">
            <w:pPr>
              <w:pStyle w:val="Normal"/>
            </w:pPr>
            <w:r w:rsidR="386E9C90">
              <w:rPr/>
              <w:t>Other</w:t>
            </w:r>
          </w:p>
        </w:tc>
        <w:tc>
          <w:tcPr>
            <w:tcW w:w="600" w:type="dxa"/>
            <w:tcMar/>
          </w:tcPr>
          <w:p w:rsidR="115BE36C" w:rsidP="115BE36C" w:rsidRDefault="115BE36C" w14:paraId="7957FAAC" w14:textId="46E39877">
            <w:pPr>
              <w:pStyle w:val="Normal"/>
            </w:pPr>
          </w:p>
        </w:tc>
      </w:tr>
    </w:tbl>
    <w:p w:rsidR="2BA4429B" w:rsidP="115BE36C" w:rsidRDefault="2BA4429B" w14:paraId="5B0111BB" w14:textId="082B99FF">
      <w:pPr>
        <w:pStyle w:val="Normal"/>
        <w:suppressLineNumbers w:val="0"/>
        <w:bidi w:val="0"/>
        <w:spacing w:before="0" w:beforeAutospacing="off" w:after="200" w:afterAutospacing="off" w:line="276" w:lineRule="auto"/>
        <w:ind w:left="0" w:right="0"/>
        <w:jc w:val="left"/>
      </w:pPr>
      <w:r w:rsidR="2BA4429B">
        <w:rPr/>
        <w:t xml:space="preserve">Please </w:t>
      </w:r>
      <w:r w:rsidR="2BA4429B">
        <w:rPr/>
        <w:t>indicate</w:t>
      </w:r>
      <w:r w:rsidR="2BA4429B">
        <w:rPr/>
        <w:t xml:space="preserve"> the date on which you will rotate to the grade you have selected above.</w:t>
      </w:r>
    </w:p>
    <w:p w:rsidR="7B5923DA" w:rsidP="115BE36C" w:rsidRDefault="7B5923DA" w14:paraId="3E1B3A9B" w14:textId="1AED124F">
      <w:pPr>
        <w:pStyle w:val="Normal"/>
        <w:suppressLineNumbers w:val="0"/>
        <w:bidi w:val="0"/>
        <w:spacing w:before="0" w:beforeAutospacing="off" w:after="200" w:afterAutospacing="off" w:line="276" w:lineRule="auto"/>
        <w:ind w:left="0" w:right="0"/>
        <w:jc w:val="left"/>
        <w:rPr>
          <w:b w:val="1"/>
          <w:bCs w:val="1"/>
          <w:highlight w:val="yellow"/>
        </w:rPr>
      </w:pPr>
      <w:r w:rsidRPr="115BE36C" w:rsidR="7B5923DA">
        <w:rPr>
          <w:b w:val="1"/>
          <w:bCs w:val="1"/>
          <w:highlight w:val="yellow"/>
        </w:rPr>
        <w:t>*Insert calendar</w:t>
      </w:r>
      <w:r w:rsidRPr="115BE36C" w:rsidR="3F8676E0">
        <w:rPr>
          <w:b w:val="1"/>
          <w:bCs w:val="1"/>
          <w:highlight w:val="yellow"/>
        </w:rPr>
        <w:t xml:space="preserve"> for date selection</w:t>
      </w:r>
      <w:r w:rsidRPr="115BE36C" w:rsidR="7B5923DA">
        <w:rPr>
          <w:b w:val="1"/>
          <w:bCs w:val="1"/>
          <w:highlight w:val="yellow"/>
        </w:rPr>
        <w:t>*</w:t>
      </w:r>
    </w:p>
    <w:p w:rsidR="1A0BB62D" w:rsidP="115BE36C" w:rsidRDefault="1A0BB62D" w14:paraId="0D182888" w14:textId="2A000EEA">
      <w:pPr>
        <w:pStyle w:val="Heading2"/>
      </w:pPr>
      <w:r w:rsidR="1A0BB62D">
        <w:rPr/>
        <w:t>Essential NIHR Person Specification Criteria</w:t>
      </w:r>
    </w:p>
    <w:p w:rsidR="1A0BB62D" w:rsidP="115BE36C" w:rsidRDefault="1A0BB62D" w14:paraId="1BCB6DC9" w14:textId="350B0C76">
      <w:pPr>
        <w:pStyle w:val="Normal"/>
      </w:pPr>
      <w:r w:rsidR="1A0BB62D">
        <w:rPr/>
        <w:t xml:space="preserve">You must have submitted your PhD/MD/Equivalent at the point of </w:t>
      </w:r>
      <w:bookmarkStart w:name="_Int_MXYZ8KQA" w:id="511539074"/>
      <w:r w:rsidR="1A0BB62D">
        <w:rPr/>
        <w:t>application,</w:t>
      </w:r>
      <w:bookmarkEnd w:id="511539074"/>
      <w:r w:rsidR="1A0BB62D">
        <w:rPr/>
        <w:t xml:space="preserve"> this section is to clarify your award status.</w:t>
      </w:r>
    </w:p>
    <w:p w:rsidR="1A0BB62D" w:rsidP="115BE36C" w:rsidRDefault="1A0BB62D" w14:paraId="30291F99" w14:textId="7FD07296">
      <w:pPr>
        <w:pStyle w:val="Normal"/>
      </w:pPr>
      <w:r w:rsidR="1A0BB62D">
        <w:rPr/>
        <w:t xml:space="preserve">An essential requirement to apply for a Clinical Lectureship is that you must have at least submitted a PhD or MD thesis at </w:t>
      </w:r>
      <w:bookmarkStart w:name="_Int_Vl7pDamC" w:id="799616375"/>
      <w:r w:rsidR="1A0BB62D">
        <w:rPr/>
        <w:t>point</w:t>
      </w:r>
      <w:bookmarkEnd w:id="799616375"/>
      <w:r w:rsidR="1A0BB62D">
        <w:rPr/>
        <w:t xml:space="preserve"> of application.</w:t>
      </w:r>
    </w:p>
    <w:p w:rsidR="68366015" w:rsidP="115BE36C" w:rsidRDefault="68366015" w14:paraId="4E7290E1" w14:textId="2A4FA83F">
      <w:pPr>
        <w:pStyle w:val="Normal"/>
      </w:pPr>
      <w:r w:rsidR="68366015">
        <w:rPr/>
        <w:t>Please indicate the status of this.</w:t>
      </w:r>
    </w:p>
    <w:tbl>
      <w:tblPr>
        <w:tblStyle w:val="TableGrid"/>
        <w:tblW w:w="0" w:type="auto"/>
        <w:tblLook w:val="06A0" w:firstRow="1" w:lastRow="0" w:firstColumn="1" w:lastColumn="0" w:noHBand="1" w:noVBand="1"/>
      </w:tblPr>
      <w:tblGrid>
        <w:gridCol w:w="345"/>
        <w:gridCol w:w="8295"/>
      </w:tblGrid>
      <w:tr w:rsidR="115BE36C" w:rsidTr="115BE36C" w14:paraId="306E4B01">
        <w:trPr>
          <w:trHeight w:val="300"/>
        </w:trPr>
        <w:tc>
          <w:tcPr>
            <w:tcW w:w="345" w:type="dxa"/>
            <w:shd w:val="clear" w:color="auto" w:fill="FFFFFF" w:themeFill="background1"/>
            <w:tcMar/>
          </w:tcPr>
          <w:p w:rsidR="115BE36C" w:rsidP="115BE36C" w:rsidRDefault="115BE36C" w14:paraId="19098F21" w14:textId="11D42C4A">
            <w:pPr>
              <w:pStyle w:val="Normal"/>
            </w:pPr>
          </w:p>
        </w:tc>
        <w:tc>
          <w:tcPr>
            <w:tcW w:w="8295" w:type="dxa"/>
            <w:shd w:val="clear" w:color="auto" w:fill="FFFFFF" w:themeFill="background1"/>
            <w:tcMar/>
          </w:tcPr>
          <w:p w:rsidR="1A0BB62D" w:rsidP="115BE36C" w:rsidRDefault="1A0BB62D" w14:paraId="0DFCD550" w14:textId="6DC45FF9">
            <w:pPr>
              <w:pStyle w:val="Normal"/>
            </w:pPr>
            <w:r w:rsidR="1A0BB62D">
              <w:rPr/>
              <w:t xml:space="preserve">I have </w:t>
            </w:r>
            <w:r w:rsidR="1A0BB62D">
              <w:rPr/>
              <w:t>submitted</w:t>
            </w:r>
            <w:r w:rsidR="1A0BB62D">
              <w:rPr/>
              <w:t xml:space="preserve"> my PhD/MD.</w:t>
            </w:r>
          </w:p>
        </w:tc>
      </w:tr>
      <w:tr w:rsidR="115BE36C" w:rsidTr="115BE36C" w14:paraId="4BAC8962">
        <w:trPr>
          <w:trHeight w:val="300"/>
        </w:trPr>
        <w:tc>
          <w:tcPr>
            <w:tcW w:w="345" w:type="dxa"/>
            <w:shd w:val="clear" w:color="auto" w:fill="FFFFFF" w:themeFill="background1"/>
            <w:tcMar/>
          </w:tcPr>
          <w:p w:rsidR="115BE36C" w:rsidP="115BE36C" w:rsidRDefault="115BE36C" w14:paraId="34444738" w14:textId="28717A81">
            <w:pPr>
              <w:pStyle w:val="Normal"/>
            </w:pPr>
          </w:p>
        </w:tc>
        <w:tc>
          <w:tcPr>
            <w:tcW w:w="8295" w:type="dxa"/>
            <w:shd w:val="clear" w:color="auto" w:fill="FFFFFF" w:themeFill="background1"/>
            <w:tcMar/>
          </w:tcPr>
          <w:p w:rsidR="2289C236" w:rsidP="115BE36C" w:rsidRDefault="2289C236" w14:paraId="69C60090" w14:textId="7615307D">
            <w:pPr>
              <w:pStyle w:val="Normal"/>
            </w:pPr>
            <w:r w:rsidR="2289C236">
              <w:rPr/>
              <w:t>I have been awarded my PhD/MD.</w:t>
            </w:r>
          </w:p>
        </w:tc>
      </w:tr>
    </w:tbl>
    <w:p w:rsidR="115BE36C" w:rsidP="115BE36C" w:rsidRDefault="115BE36C" w14:paraId="0173B557" w14:textId="41EEF0A1">
      <w:pPr>
        <w:pStyle w:val="Heading2"/>
        <w:suppressLineNumbers w:val="0"/>
        <w:bidi w:val="0"/>
        <w:spacing w:before="0" w:beforeAutospacing="off" w:after="200" w:afterAutospacing="off" w:line="276" w:lineRule="auto"/>
        <w:ind w:left="0" w:right="0"/>
        <w:jc w:val="left"/>
      </w:pPr>
    </w:p>
    <w:p w:rsidR="54DB8CF5" w:rsidP="115BE36C" w:rsidRDefault="54DB8CF5" w14:paraId="36282C70" w14:textId="2D9CB1E3">
      <w:pPr>
        <w:pStyle w:val="Heading2"/>
        <w:suppressLineNumbers w:val="0"/>
        <w:bidi w:val="0"/>
        <w:spacing w:before="0" w:beforeAutospacing="off" w:after="200" w:afterAutospacing="off" w:line="276" w:lineRule="auto"/>
        <w:ind w:left="0" w:right="0"/>
        <w:jc w:val="left"/>
      </w:pPr>
      <w:r w:rsidR="54DB8CF5">
        <w:rPr/>
        <w:t>Supplementary Documentation</w:t>
      </w:r>
    </w:p>
    <w:p w:rsidR="54DB8CF5" w:rsidP="115BE36C" w:rsidRDefault="54DB8CF5" w14:paraId="1B0D808E" w14:textId="66F7C5F6">
      <w:pPr>
        <w:pStyle w:val="Normal"/>
        <w:suppressLineNumbers w:val="0"/>
        <w:bidi w:val="0"/>
        <w:spacing w:before="0" w:beforeAutospacing="off" w:after="200" w:afterAutospacing="off" w:line="276" w:lineRule="auto"/>
        <w:ind w:left="0" w:right="0"/>
        <w:jc w:val="left"/>
      </w:pPr>
      <w:r w:rsidR="54DB8CF5">
        <w:rPr/>
        <w:t xml:space="preserve">Please note that </w:t>
      </w:r>
      <w:r w:rsidR="54DB8CF5">
        <w:rPr/>
        <w:t>additional</w:t>
      </w:r>
      <w:r w:rsidR="54DB8CF5">
        <w:rPr/>
        <w:t xml:space="preserve"> documentation may be </w:t>
      </w:r>
      <w:r w:rsidR="54DB8CF5">
        <w:rPr/>
        <w:t>required</w:t>
      </w:r>
      <w:r w:rsidR="54DB8CF5">
        <w:rPr/>
        <w:t xml:space="preserve">, </w:t>
      </w:r>
      <w:r w:rsidR="0F5A3BFE">
        <w:rPr/>
        <w:t>dependent</w:t>
      </w:r>
      <w:r w:rsidR="54DB8CF5">
        <w:rPr/>
        <w:t xml:space="preserve"> on the NIHR Person Specification and the Person Specification for the specialty to which you are applying. </w:t>
      </w:r>
    </w:p>
    <w:p w:rsidR="54DB8CF5" w:rsidP="115BE36C" w:rsidRDefault="54DB8CF5" w14:paraId="23C5490A" w14:textId="30409703">
      <w:pPr>
        <w:pStyle w:val="Normal"/>
        <w:bidi w:val="0"/>
        <w:spacing w:before="0" w:beforeAutospacing="off" w:after="200" w:afterAutospacing="off" w:line="276" w:lineRule="auto"/>
        <w:ind w:left="0" w:right="0"/>
        <w:jc w:val="left"/>
      </w:pPr>
      <w:r w:rsidR="54DB8CF5">
        <w:rPr/>
        <w:t xml:space="preserve">Applicants with an NTN based outside of the region to which they are applying must provide a </w:t>
      </w:r>
      <w:hyperlink r:id="R3fd7f3398eab4993">
        <w:r w:rsidRPr="115BE36C" w:rsidR="54DB8CF5">
          <w:rPr>
            <w:rStyle w:val="Hyperlink"/>
          </w:rPr>
          <w:t>'Support for Continuing Specialty Training in Another Region'</w:t>
        </w:r>
      </w:hyperlink>
      <w:r w:rsidR="54DB8CF5">
        <w:rPr/>
        <w:t xml:space="preserve"> form.</w:t>
      </w:r>
    </w:p>
    <w:p w:rsidR="54DB8CF5" w:rsidP="115BE36C" w:rsidRDefault="54DB8CF5" w14:paraId="535614A9" w14:textId="3280B3B2">
      <w:pPr>
        <w:pStyle w:val="Normal"/>
        <w:bidi w:val="0"/>
        <w:spacing w:before="0" w:beforeAutospacing="off" w:after="200" w:afterAutospacing="off" w:line="276" w:lineRule="auto"/>
        <w:ind w:left="0" w:right="0"/>
        <w:jc w:val="left"/>
      </w:pPr>
      <w:r w:rsidR="54DB8CF5">
        <w:rPr/>
        <w:t xml:space="preserve">Applicants who have previously relinquished a specialty training </w:t>
      </w:r>
      <w:r w:rsidR="54DB8CF5">
        <w:rPr/>
        <w:t>programme</w:t>
      </w:r>
      <w:r w:rsidR="54DB8CF5">
        <w:rPr/>
        <w:t xml:space="preserve"> must provide a </w:t>
      </w:r>
      <w:hyperlink r:id="R6c874c1289fa4313">
        <w:r w:rsidRPr="115BE36C" w:rsidR="54DB8CF5">
          <w:rPr>
            <w:rStyle w:val="Hyperlink"/>
          </w:rPr>
          <w:t>'Support for Reapplication to Specialty Training' form.</w:t>
        </w:r>
        <w:r w:rsidRPr="115BE36C" w:rsidR="03A93CF1">
          <w:rPr>
            <w:rStyle w:val="Hyperlink"/>
          </w:rPr>
          <w:t>’</w:t>
        </w:r>
      </w:hyperlink>
    </w:p>
    <w:p w:rsidR="115BE36C" w:rsidP="115BE36C" w:rsidRDefault="115BE36C" w14:paraId="687DE799" w14:textId="4E57A86E">
      <w:pPr>
        <w:pStyle w:val="Normal"/>
        <w:bidi w:val="0"/>
        <w:spacing w:before="0" w:beforeAutospacing="off" w:after="200" w:afterAutospacing="off" w:line="276" w:lineRule="auto"/>
        <w:ind w:left="0" w:right="0"/>
        <w:jc w:val="left"/>
      </w:pPr>
    </w:p>
    <w:p w:rsidR="2169D4B4" w:rsidP="115BE36C" w:rsidRDefault="2169D4B4" w14:paraId="055D9626" w14:textId="61D31C49">
      <w:pPr>
        <w:pStyle w:val="Normal"/>
        <w:bidi w:val="0"/>
        <w:spacing w:before="0" w:beforeAutospacing="off" w:after="200" w:afterAutospacing="off" w:line="276" w:lineRule="auto"/>
        <w:ind w:left="0" w:right="0"/>
        <w:jc w:val="left"/>
      </w:pPr>
      <w:r w:rsidR="2169D4B4">
        <w:rPr/>
        <w:t xml:space="preserve">I </w:t>
      </w:r>
      <w:bookmarkStart w:name="_Int_2ePhULWx" w:id="1759252068"/>
      <w:r w:rsidR="2169D4B4">
        <w:rPr/>
        <w:t>confirm</w:t>
      </w:r>
      <w:bookmarkEnd w:id="1759252068"/>
      <w:r w:rsidR="2169D4B4">
        <w:rPr/>
        <w:t xml:space="preserve"> I have provided the documentation that is required both by the NIHR Supplementary Person specification (located in the documents page of this vacancy) and within the person specification for the specialty to which I am applying.</w:t>
      </w:r>
    </w:p>
    <w:tbl>
      <w:tblPr>
        <w:tblStyle w:val="TableGrid"/>
        <w:bidiVisual w:val="0"/>
        <w:tblW w:w="0" w:type="auto"/>
        <w:tblLook w:val="06A0" w:firstRow="1" w:lastRow="0" w:firstColumn="1" w:lastColumn="0" w:noHBand="1" w:noVBand="1"/>
      </w:tblPr>
      <w:tblGrid>
        <w:gridCol w:w="345"/>
      </w:tblGrid>
      <w:tr w:rsidR="115BE36C" w:rsidTr="115BE36C" w14:paraId="2F9A7F7B">
        <w:trPr>
          <w:trHeight w:val="300"/>
        </w:trPr>
        <w:tc>
          <w:tcPr>
            <w:tcW w:w="345" w:type="dxa"/>
            <w:tcMar/>
          </w:tcPr>
          <w:p w:rsidR="115BE36C" w:rsidP="115BE36C" w:rsidRDefault="115BE36C" w14:paraId="2FB71081" w14:textId="48A0C36F">
            <w:pPr>
              <w:pStyle w:val="Normal"/>
            </w:pPr>
          </w:p>
        </w:tc>
      </w:tr>
    </w:tbl>
    <w:p w:rsidR="115BE36C" w:rsidP="115BE36C" w:rsidRDefault="115BE36C" w14:paraId="52F28A12" w14:textId="3F443DC5">
      <w:pPr>
        <w:pStyle w:val="Normal"/>
        <w:bidi w:val="0"/>
        <w:spacing w:before="0" w:beforeAutospacing="off" w:after="200" w:afterAutospacing="off" w:line="276" w:lineRule="auto"/>
        <w:ind w:left="0" w:right="0"/>
        <w:jc w:val="left"/>
      </w:pPr>
    </w:p>
    <w:sectPr w:rsidR="00577D4C" w:rsidSect="00034616">
      <w:pgSz w:w="12240" w:h="15840" w:orient="portrait"/>
      <w:pgMar w:top="1440" w:right="1800" w:bottom="1440" w:left="1800" w:header="720" w:footer="720" w:gutter="0"/>
      <w:cols w:space="720"/>
      <w:docGrid w:linePitch="360"/>
      <w:headerReference w:type="default" r:id="R8b110f10c1a24d1a"/>
      <w:footerReference w:type="default" r:id="R04a3c9b930874c7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2880"/>
      <w:gridCol w:w="2880"/>
      <w:gridCol w:w="2880"/>
    </w:tblGrid>
    <w:tr w:rsidR="7B22C702" w:rsidTr="7B22C702" w14:paraId="1F791DB2">
      <w:trPr>
        <w:trHeight w:val="300"/>
      </w:trPr>
      <w:tc>
        <w:tcPr>
          <w:tcW w:w="2880" w:type="dxa"/>
          <w:tcMar/>
        </w:tcPr>
        <w:p w:rsidR="7B22C702" w:rsidP="7B22C702" w:rsidRDefault="7B22C702" w14:paraId="3B6378E4" w14:textId="254BC0F9">
          <w:pPr>
            <w:pStyle w:val="Header"/>
            <w:bidi w:val="0"/>
            <w:ind w:left="-115"/>
            <w:jc w:val="left"/>
          </w:pPr>
        </w:p>
      </w:tc>
      <w:tc>
        <w:tcPr>
          <w:tcW w:w="2880" w:type="dxa"/>
          <w:tcMar/>
        </w:tcPr>
        <w:p w:rsidR="7B22C702" w:rsidP="7B22C702" w:rsidRDefault="7B22C702" w14:paraId="63C3940A" w14:textId="5B2D354E">
          <w:pPr>
            <w:pStyle w:val="Header"/>
            <w:bidi w:val="0"/>
            <w:jc w:val="center"/>
          </w:pPr>
        </w:p>
      </w:tc>
      <w:tc>
        <w:tcPr>
          <w:tcW w:w="2880" w:type="dxa"/>
          <w:tcMar/>
        </w:tcPr>
        <w:p w:rsidR="7B22C702" w:rsidP="7B22C702" w:rsidRDefault="7B22C702" w14:paraId="3B9C070A" w14:textId="02550139">
          <w:pPr>
            <w:pStyle w:val="Header"/>
            <w:bidi w:val="0"/>
            <w:ind w:right="-115"/>
            <w:jc w:val="right"/>
          </w:pPr>
        </w:p>
      </w:tc>
    </w:tr>
  </w:tbl>
  <w:p w:rsidR="7B22C702" w:rsidP="7B22C702" w:rsidRDefault="7B22C702" w14:paraId="53FB65D1" w14:textId="37CE3E2A">
    <w:pPr>
      <w:pStyle w:val="Footer"/>
      <w:bidi w:val="0"/>
    </w:pPr>
  </w:p>
</w:ftr>
</file>

<file path=word/header.xml><?xml version="1.0" encoding="utf-8"?>
<w:hdr xmlns:w14="http://schemas.microsoft.com/office/word/2010/wordml" xmlns:w="http://schemas.openxmlformats.org/wordprocessingml/2006/main">
  <w:p w:rsidR="7B22C702" w:rsidP="4AF32898" w:rsidRDefault="7B22C702" w14:paraId="4651828C" w14:textId="7ABBAD22">
    <w:pPr>
      <w:pStyle w:val="Heading1"/>
    </w:pPr>
    <w:r w:rsidR="4AF32898">
      <w:rPr/>
      <w:t>NIHR Clinical Lectureship – Application Form Part 3</w:t>
    </w:r>
  </w:p>
  <w:p w:rsidR="7B22C702" w:rsidP="7B22C702" w:rsidRDefault="7B22C702" w14:paraId="59753B61" w14:textId="319B15CF">
    <w:pPr>
      <w:pStyle w:val="Header"/>
      <w:bidi w:val="0"/>
    </w:pPr>
  </w:p>
</w:hdr>
</file>

<file path=word/intelligence2.xml><?xml version="1.0" encoding="utf-8"?>
<int2:intelligence xmlns:int2="http://schemas.microsoft.com/office/intelligence/2020/intelligence">
  <int2:observations>
    <int2:textHash int2:hashCode="P1t9DnuMzsiEcY" int2:id="PriKvXvY">
      <int2:state int2:type="spell" int2:value="Rejected"/>
    </int2:textHash>
    <int2:textHash int2:hashCode="LFGZ1PAqfx/5CD" int2:id="qU4ofFzO">
      <int2:state int2:type="spell" int2:value="Rejected"/>
    </int2:textHash>
    <int2:textHash int2:hashCode="wpEpjdUAZybsXd" int2:id="iQPBIT4k">
      <int2:state int2:type="spell" int2:value="Rejected"/>
    </int2:textHash>
    <int2:textHash int2:hashCode="g6AlIBQYaBW5dQ" int2:id="VosyfCqt">
      <int2:state int2:type="spell" int2:value="Rejected"/>
    </int2:textHash>
    <int2:textHash int2:hashCode="ni8UUdXdlt6RIo" int2:id="WYgS6Iy9">
      <int2:state int2:type="spell" int2:value="Rejected"/>
    </int2:textHash>
    <int2:bookmark int2:bookmarkName="_Int_Vl7pDamC" int2:invalidationBookmarkName="" int2:hashCode="cafKhV84vFWdD8" int2:id="ufRNSFkd">
      <int2:state int2:type="gram" int2:value="Rejected"/>
    </int2:bookmark>
    <int2:bookmark int2:bookmarkName="_Int_MXYZ8KQA" int2:invalidationBookmarkName="" int2:hashCode="yGsAbRo/TeYAbc" int2:id="RsVkAM5w">
      <int2:state int2:type="gram" int2:value="Rejected"/>
    </int2:bookmark>
    <int2:bookmark int2:bookmarkName="_Int_h9hVAzIw" int2:invalidationBookmarkName="" int2:hashCode="3PcMkt0tZ2Ktd1" int2:id="QfmQyjLb">
      <int2:state int2:type="gram" int2:value="Rejected"/>
    </int2:bookmark>
    <int2:bookmark int2:bookmarkName="_Int_wTaOwvGa" int2:invalidationBookmarkName="" int2:hashCode="2l3O2ZsYoER8yQ" int2:id="lXY8cu6U">
      <int2:state int2:type="gram" int2:value="Rejected"/>
    </int2:bookmark>
    <int2:bookmark int2:bookmarkName="_Int_2ePhULWx" int2:invalidationBookmarkName="" int2:hashCode="0MQEfKpbvibtJy" int2:id="q23cYgwZ">
      <int2:state int2:type="gram" int2:value="Rejected"/>
    </int2:bookmark>
    <int2:bookmark int2:bookmarkName="_Int_1j0GUYi6" int2:invalidationBookmarkName="" int2:hashCode="QRsInSlx0xe7Kx" int2:id="2yOoUEbV">
      <int2:state int2:type="gram" int2:value="Rejected"/>
    </int2:bookmark>
    <int2:bookmark int2:bookmarkName="_Int_s7F3dqFS" int2:invalidationBookmarkName="" int2:hashCode="r1N+6+6ySFWihz" int2:id="R0ZDXJZP">
      <int2:state int2:type="gram" int2:value="Rejected"/>
    </int2:bookmark>
    <int2:bookmark int2:bookmarkName="_Int_tEvVRGRi" int2:invalidationBookmarkName="" int2:hashCode="iFU0wZ1fg4m0zA" int2:id="i7OFobKW">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0">
    <w:nsid w:val="633dcb8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4597558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num w:numId="11">
    <w:abstractNumId w:val="10"/>
  </w:num>
  <w:num w:numId="10">
    <w:abstractNumId w:val="9"/>
  </w:num>
  <w:num w:numId="1" w16cid:durableId="626932028">
    <w:abstractNumId w:val="8"/>
  </w:num>
  <w:num w:numId="2" w16cid:durableId="1016351246">
    <w:abstractNumId w:val="6"/>
  </w:num>
  <w:num w:numId="3" w16cid:durableId="1435202405">
    <w:abstractNumId w:val="5"/>
  </w:num>
  <w:num w:numId="4" w16cid:durableId="69625833">
    <w:abstractNumId w:val="4"/>
  </w:num>
  <w:num w:numId="5" w16cid:durableId="748040188">
    <w:abstractNumId w:val="7"/>
  </w:num>
  <w:num w:numId="6" w16cid:durableId="600723430">
    <w:abstractNumId w:val="3"/>
  </w:num>
  <w:num w:numId="7" w16cid:durableId="1634022610">
    <w:abstractNumId w:val="2"/>
  </w:num>
  <w:num w:numId="8" w16cid:durableId="1183013963">
    <w:abstractNumId w:val="1"/>
  </w:num>
  <w:num w:numId="9" w16cid:durableId="303311784">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330E"/>
    <w:rsid w:val="00326F90"/>
    <w:rsid w:val="0049AD25"/>
    <w:rsid w:val="004E5CAB"/>
    <w:rsid w:val="00577D4C"/>
    <w:rsid w:val="0080006E"/>
    <w:rsid w:val="008F6B28"/>
    <w:rsid w:val="00AA1D8D"/>
    <w:rsid w:val="00B402A3"/>
    <w:rsid w:val="00B47730"/>
    <w:rsid w:val="00CB0664"/>
    <w:rsid w:val="00FC693F"/>
    <w:rsid w:val="019E6E0E"/>
    <w:rsid w:val="01A4323C"/>
    <w:rsid w:val="01CC9900"/>
    <w:rsid w:val="02469595"/>
    <w:rsid w:val="024D471C"/>
    <w:rsid w:val="02AC7290"/>
    <w:rsid w:val="034B440E"/>
    <w:rsid w:val="03A1F92D"/>
    <w:rsid w:val="03A93CF1"/>
    <w:rsid w:val="03E09EFC"/>
    <w:rsid w:val="041CD39B"/>
    <w:rsid w:val="0453E4FB"/>
    <w:rsid w:val="046607FB"/>
    <w:rsid w:val="0466D04B"/>
    <w:rsid w:val="04A8C1DD"/>
    <w:rsid w:val="04D7E396"/>
    <w:rsid w:val="05570708"/>
    <w:rsid w:val="05F821D0"/>
    <w:rsid w:val="06C0716C"/>
    <w:rsid w:val="070B9FBA"/>
    <w:rsid w:val="070DBDBC"/>
    <w:rsid w:val="073AD3EF"/>
    <w:rsid w:val="079E3583"/>
    <w:rsid w:val="07F616E5"/>
    <w:rsid w:val="083E9CA1"/>
    <w:rsid w:val="08D81EC0"/>
    <w:rsid w:val="08F4E4AD"/>
    <w:rsid w:val="09F83A8D"/>
    <w:rsid w:val="0A1E5A8B"/>
    <w:rsid w:val="0A4CC49D"/>
    <w:rsid w:val="0A559AE9"/>
    <w:rsid w:val="0B5C5703"/>
    <w:rsid w:val="0B5EB242"/>
    <w:rsid w:val="0BE719F2"/>
    <w:rsid w:val="0BFE2EDF"/>
    <w:rsid w:val="0C215320"/>
    <w:rsid w:val="0D25224E"/>
    <w:rsid w:val="0D3E50A4"/>
    <w:rsid w:val="0DFC2AFE"/>
    <w:rsid w:val="0EF63799"/>
    <w:rsid w:val="0EFC12C9"/>
    <w:rsid w:val="0F236153"/>
    <w:rsid w:val="0F5A3BFE"/>
    <w:rsid w:val="0FAF1BEA"/>
    <w:rsid w:val="0FB5145E"/>
    <w:rsid w:val="0FFC9E1E"/>
    <w:rsid w:val="0FFE3DE6"/>
    <w:rsid w:val="10322548"/>
    <w:rsid w:val="104B621D"/>
    <w:rsid w:val="104D2540"/>
    <w:rsid w:val="10B10ADA"/>
    <w:rsid w:val="1118D6F0"/>
    <w:rsid w:val="113AA7ED"/>
    <w:rsid w:val="115BE36C"/>
    <w:rsid w:val="11754086"/>
    <w:rsid w:val="118D7FB9"/>
    <w:rsid w:val="12E81E92"/>
    <w:rsid w:val="135900CB"/>
    <w:rsid w:val="1391BA95"/>
    <w:rsid w:val="13C70EDA"/>
    <w:rsid w:val="14532E0A"/>
    <w:rsid w:val="151325F5"/>
    <w:rsid w:val="1532E37E"/>
    <w:rsid w:val="15513E27"/>
    <w:rsid w:val="15AC3A77"/>
    <w:rsid w:val="163C7B62"/>
    <w:rsid w:val="166FBB10"/>
    <w:rsid w:val="16B1170E"/>
    <w:rsid w:val="16F99927"/>
    <w:rsid w:val="1714912F"/>
    <w:rsid w:val="17E1A7F2"/>
    <w:rsid w:val="18E3B15A"/>
    <w:rsid w:val="1965E2ED"/>
    <w:rsid w:val="198DAEB4"/>
    <w:rsid w:val="19988593"/>
    <w:rsid w:val="1A0BB62D"/>
    <w:rsid w:val="1A32ECEA"/>
    <w:rsid w:val="1AF7DCB7"/>
    <w:rsid w:val="1B3999E7"/>
    <w:rsid w:val="1BC30B29"/>
    <w:rsid w:val="1BD00012"/>
    <w:rsid w:val="1BD39ED3"/>
    <w:rsid w:val="1C316227"/>
    <w:rsid w:val="1C59209D"/>
    <w:rsid w:val="1C624CED"/>
    <w:rsid w:val="1C886495"/>
    <w:rsid w:val="1CE054EA"/>
    <w:rsid w:val="1D01F8AC"/>
    <w:rsid w:val="1D20D8EA"/>
    <w:rsid w:val="1DA0C55E"/>
    <w:rsid w:val="1E65B2E0"/>
    <w:rsid w:val="1E77EDA8"/>
    <w:rsid w:val="1EDE7405"/>
    <w:rsid w:val="1F193230"/>
    <w:rsid w:val="1F2672AB"/>
    <w:rsid w:val="1F32D248"/>
    <w:rsid w:val="1F5836B0"/>
    <w:rsid w:val="1FBDBE1B"/>
    <w:rsid w:val="2011E7B5"/>
    <w:rsid w:val="208F13F7"/>
    <w:rsid w:val="20DEA8C1"/>
    <w:rsid w:val="20DF196D"/>
    <w:rsid w:val="210D548B"/>
    <w:rsid w:val="2169D4B4"/>
    <w:rsid w:val="2191E0E2"/>
    <w:rsid w:val="21A0CAFF"/>
    <w:rsid w:val="2208E6DF"/>
    <w:rsid w:val="2288FAE0"/>
    <w:rsid w:val="2289C236"/>
    <w:rsid w:val="23C04914"/>
    <w:rsid w:val="246D0D81"/>
    <w:rsid w:val="249A9253"/>
    <w:rsid w:val="25940AFE"/>
    <w:rsid w:val="25AF3629"/>
    <w:rsid w:val="25F4F53B"/>
    <w:rsid w:val="262B1F44"/>
    <w:rsid w:val="26446D0A"/>
    <w:rsid w:val="265C99E0"/>
    <w:rsid w:val="26887797"/>
    <w:rsid w:val="26B1E3BA"/>
    <w:rsid w:val="270D2EA2"/>
    <w:rsid w:val="273AA91B"/>
    <w:rsid w:val="274AACCC"/>
    <w:rsid w:val="274F5C40"/>
    <w:rsid w:val="284B856D"/>
    <w:rsid w:val="28FBA48F"/>
    <w:rsid w:val="292B7E88"/>
    <w:rsid w:val="295EF638"/>
    <w:rsid w:val="29F9A306"/>
    <w:rsid w:val="2A32941B"/>
    <w:rsid w:val="2AFF12CB"/>
    <w:rsid w:val="2BA4429B"/>
    <w:rsid w:val="2BEC8EAC"/>
    <w:rsid w:val="2C177E22"/>
    <w:rsid w:val="2C5EE39D"/>
    <w:rsid w:val="2C74E123"/>
    <w:rsid w:val="2C9F84F5"/>
    <w:rsid w:val="2D1B0BE8"/>
    <w:rsid w:val="2D3B0EE7"/>
    <w:rsid w:val="2D5B45B7"/>
    <w:rsid w:val="2D6B0219"/>
    <w:rsid w:val="2D802605"/>
    <w:rsid w:val="2D8F6384"/>
    <w:rsid w:val="2DE7136D"/>
    <w:rsid w:val="2F6D2919"/>
    <w:rsid w:val="30AD0B62"/>
    <w:rsid w:val="30C325A6"/>
    <w:rsid w:val="30D6F767"/>
    <w:rsid w:val="30DAD31F"/>
    <w:rsid w:val="30FC19BD"/>
    <w:rsid w:val="3112A761"/>
    <w:rsid w:val="312D1FC1"/>
    <w:rsid w:val="3228C23A"/>
    <w:rsid w:val="326F7B2A"/>
    <w:rsid w:val="328955E9"/>
    <w:rsid w:val="3295FAEE"/>
    <w:rsid w:val="32B42E86"/>
    <w:rsid w:val="32F72E5D"/>
    <w:rsid w:val="33271CD3"/>
    <w:rsid w:val="33412D37"/>
    <w:rsid w:val="3393F999"/>
    <w:rsid w:val="343F4BE7"/>
    <w:rsid w:val="34AC9210"/>
    <w:rsid w:val="3502C143"/>
    <w:rsid w:val="350AF48F"/>
    <w:rsid w:val="353629C4"/>
    <w:rsid w:val="35F70179"/>
    <w:rsid w:val="3641120C"/>
    <w:rsid w:val="36AF2E9A"/>
    <w:rsid w:val="36CC405B"/>
    <w:rsid w:val="36F66A82"/>
    <w:rsid w:val="373B7608"/>
    <w:rsid w:val="3797C1D4"/>
    <w:rsid w:val="37A19A14"/>
    <w:rsid w:val="37C3449C"/>
    <w:rsid w:val="383F1CF0"/>
    <w:rsid w:val="38661E56"/>
    <w:rsid w:val="386E9C90"/>
    <w:rsid w:val="390BC537"/>
    <w:rsid w:val="394D0448"/>
    <w:rsid w:val="39D20055"/>
    <w:rsid w:val="3AFD06DE"/>
    <w:rsid w:val="3B37EE36"/>
    <w:rsid w:val="3B50052E"/>
    <w:rsid w:val="3BD3166B"/>
    <w:rsid w:val="3C04D612"/>
    <w:rsid w:val="3C8D2916"/>
    <w:rsid w:val="3CF9B157"/>
    <w:rsid w:val="3D4A3454"/>
    <w:rsid w:val="3E3F6399"/>
    <w:rsid w:val="3EECF0D6"/>
    <w:rsid w:val="3F302BC4"/>
    <w:rsid w:val="3F64FE47"/>
    <w:rsid w:val="3F6CCC8A"/>
    <w:rsid w:val="3F8676E0"/>
    <w:rsid w:val="3F8E1378"/>
    <w:rsid w:val="3FDBDA7B"/>
    <w:rsid w:val="40D513CE"/>
    <w:rsid w:val="41499DB9"/>
    <w:rsid w:val="4155FE7E"/>
    <w:rsid w:val="41A7CEBC"/>
    <w:rsid w:val="41F3F3D7"/>
    <w:rsid w:val="4214C829"/>
    <w:rsid w:val="4232EE65"/>
    <w:rsid w:val="42C8472C"/>
    <w:rsid w:val="4312A0FD"/>
    <w:rsid w:val="433AB1DC"/>
    <w:rsid w:val="4372FEFF"/>
    <w:rsid w:val="4398F4D5"/>
    <w:rsid w:val="44A9B735"/>
    <w:rsid w:val="45483715"/>
    <w:rsid w:val="4575CA1A"/>
    <w:rsid w:val="4585306B"/>
    <w:rsid w:val="458EB26B"/>
    <w:rsid w:val="46721670"/>
    <w:rsid w:val="469AFC23"/>
    <w:rsid w:val="47DA7AF7"/>
    <w:rsid w:val="493A1E60"/>
    <w:rsid w:val="49CCC799"/>
    <w:rsid w:val="49F73086"/>
    <w:rsid w:val="4A001A20"/>
    <w:rsid w:val="4A8F294E"/>
    <w:rsid w:val="4AB18BFE"/>
    <w:rsid w:val="4ACECA93"/>
    <w:rsid w:val="4AF32898"/>
    <w:rsid w:val="4B836A51"/>
    <w:rsid w:val="4BB25607"/>
    <w:rsid w:val="4CD024EE"/>
    <w:rsid w:val="4D0E732C"/>
    <w:rsid w:val="4D110C0E"/>
    <w:rsid w:val="4D70F3E6"/>
    <w:rsid w:val="4DC356C6"/>
    <w:rsid w:val="4DCDCEFE"/>
    <w:rsid w:val="4DEE0D91"/>
    <w:rsid w:val="4E4F5A23"/>
    <w:rsid w:val="4E54CF80"/>
    <w:rsid w:val="4E69116C"/>
    <w:rsid w:val="4E8846FD"/>
    <w:rsid w:val="4EC52134"/>
    <w:rsid w:val="4EF130B9"/>
    <w:rsid w:val="502031F7"/>
    <w:rsid w:val="504564EA"/>
    <w:rsid w:val="51C83D49"/>
    <w:rsid w:val="51F824CA"/>
    <w:rsid w:val="52B07799"/>
    <w:rsid w:val="52BAAC6B"/>
    <w:rsid w:val="52FDAB37"/>
    <w:rsid w:val="533EFA41"/>
    <w:rsid w:val="533F0661"/>
    <w:rsid w:val="548EFBA0"/>
    <w:rsid w:val="54A1263A"/>
    <w:rsid w:val="54DB8CF5"/>
    <w:rsid w:val="55087A7B"/>
    <w:rsid w:val="5524ABFC"/>
    <w:rsid w:val="558094E2"/>
    <w:rsid w:val="5581040F"/>
    <w:rsid w:val="558D7AC5"/>
    <w:rsid w:val="55DCD552"/>
    <w:rsid w:val="55F7A200"/>
    <w:rsid w:val="56113C15"/>
    <w:rsid w:val="56A1A17D"/>
    <w:rsid w:val="56EE1582"/>
    <w:rsid w:val="56EECC1E"/>
    <w:rsid w:val="57118EB3"/>
    <w:rsid w:val="575118FB"/>
    <w:rsid w:val="58874B7F"/>
    <w:rsid w:val="58BC2EEF"/>
    <w:rsid w:val="59401053"/>
    <w:rsid w:val="594D5480"/>
    <w:rsid w:val="5A0CCB6E"/>
    <w:rsid w:val="5A3B3134"/>
    <w:rsid w:val="5A944C47"/>
    <w:rsid w:val="5B1C5104"/>
    <w:rsid w:val="5B55F93A"/>
    <w:rsid w:val="5BC61F74"/>
    <w:rsid w:val="5C136FC0"/>
    <w:rsid w:val="5C3D1569"/>
    <w:rsid w:val="5C51C474"/>
    <w:rsid w:val="5C64A273"/>
    <w:rsid w:val="5CB2EA56"/>
    <w:rsid w:val="5CE6A6AD"/>
    <w:rsid w:val="5CE804AE"/>
    <w:rsid w:val="5D7463ED"/>
    <w:rsid w:val="5D8C1B74"/>
    <w:rsid w:val="5DBA00D6"/>
    <w:rsid w:val="5DE26088"/>
    <w:rsid w:val="5E213FFC"/>
    <w:rsid w:val="5E2FD981"/>
    <w:rsid w:val="5E57721C"/>
    <w:rsid w:val="5E81B51D"/>
    <w:rsid w:val="5E84877B"/>
    <w:rsid w:val="5E8818E7"/>
    <w:rsid w:val="5E91C216"/>
    <w:rsid w:val="5F1B5CC6"/>
    <w:rsid w:val="5F96A681"/>
    <w:rsid w:val="60173EEF"/>
    <w:rsid w:val="602EE5CE"/>
    <w:rsid w:val="60CBF880"/>
    <w:rsid w:val="60CE3E77"/>
    <w:rsid w:val="61848405"/>
    <w:rsid w:val="62E64C3A"/>
    <w:rsid w:val="62FF39CF"/>
    <w:rsid w:val="63884CC9"/>
    <w:rsid w:val="639AAB9D"/>
    <w:rsid w:val="6462DB48"/>
    <w:rsid w:val="64D23C7B"/>
    <w:rsid w:val="64DF3B09"/>
    <w:rsid w:val="6578CBC8"/>
    <w:rsid w:val="6665E18B"/>
    <w:rsid w:val="6714CC9C"/>
    <w:rsid w:val="678EAAE9"/>
    <w:rsid w:val="6800B31F"/>
    <w:rsid w:val="68366015"/>
    <w:rsid w:val="684BE4CE"/>
    <w:rsid w:val="687E1E5D"/>
    <w:rsid w:val="68887302"/>
    <w:rsid w:val="688F6690"/>
    <w:rsid w:val="68B6A972"/>
    <w:rsid w:val="68BDF4B1"/>
    <w:rsid w:val="690E3FF4"/>
    <w:rsid w:val="6945CB26"/>
    <w:rsid w:val="69855E7B"/>
    <w:rsid w:val="69B8CC8B"/>
    <w:rsid w:val="69E10815"/>
    <w:rsid w:val="6A0FC3F0"/>
    <w:rsid w:val="6A740805"/>
    <w:rsid w:val="6ABA6524"/>
    <w:rsid w:val="6B47B018"/>
    <w:rsid w:val="6B520021"/>
    <w:rsid w:val="6B7A6CED"/>
    <w:rsid w:val="6BAB1A58"/>
    <w:rsid w:val="6C30D4AE"/>
    <w:rsid w:val="6C424F17"/>
    <w:rsid w:val="6C719B4C"/>
    <w:rsid w:val="6CD30F78"/>
    <w:rsid w:val="6CE6D8A4"/>
    <w:rsid w:val="6CF50FB4"/>
    <w:rsid w:val="6D345076"/>
    <w:rsid w:val="6D471EA4"/>
    <w:rsid w:val="6D957239"/>
    <w:rsid w:val="6DB7BAC2"/>
    <w:rsid w:val="6DC30033"/>
    <w:rsid w:val="6E32A9A5"/>
    <w:rsid w:val="6E7396F0"/>
    <w:rsid w:val="6EF16323"/>
    <w:rsid w:val="6FA9CB3B"/>
    <w:rsid w:val="70D8A22A"/>
    <w:rsid w:val="70DAA758"/>
    <w:rsid w:val="70F09AA9"/>
    <w:rsid w:val="719C1D5C"/>
    <w:rsid w:val="71D25332"/>
    <w:rsid w:val="71DA6020"/>
    <w:rsid w:val="72007BA9"/>
    <w:rsid w:val="72B11FDA"/>
    <w:rsid w:val="732513A8"/>
    <w:rsid w:val="738BD956"/>
    <w:rsid w:val="73979CB5"/>
    <w:rsid w:val="73994131"/>
    <w:rsid w:val="73A3BBD5"/>
    <w:rsid w:val="73BEE052"/>
    <w:rsid w:val="73C2F462"/>
    <w:rsid w:val="73F3522B"/>
    <w:rsid w:val="740F537F"/>
    <w:rsid w:val="74758196"/>
    <w:rsid w:val="74CC0D44"/>
    <w:rsid w:val="751D20F1"/>
    <w:rsid w:val="75238702"/>
    <w:rsid w:val="752DEC50"/>
    <w:rsid w:val="75661D9D"/>
    <w:rsid w:val="756C3868"/>
    <w:rsid w:val="758EED31"/>
    <w:rsid w:val="75AF9265"/>
    <w:rsid w:val="75FBE29B"/>
    <w:rsid w:val="76400BB0"/>
    <w:rsid w:val="7658B7E8"/>
    <w:rsid w:val="76708615"/>
    <w:rsid w:val="76B0C7B9"/>
    <w:rsid w:val="7737B6A3"/>
    <w:rsid w:val="77BF3733"/>
    <w:rsid w:val="7858ADD3"/>
    <w:rsid w:val="78E728E9"/>
    <w:rsid w:val="79498C0C"/>
    <w:rsid w:val="7AFF44A8"/>
    <w:rsid w:val="7B22C702"/>
    <w:rsid w:val="7B5923DA"/>
    <w:rsid w:val="7B67CA1A"/>
    <w:rsid w:val="7B81EED5"/>
    <w:rsid w:val="7BB398E2"/>
    <w:rsid w:val="7BFA0A83"/>
    <w:rsid w:val="7C5AF5DF"/>
    <w:rsid w:val="7CFC32DB"/>
    <w:rsid w:val="7DD58E06"/>
    <w:rsid w:val="7DEC2738"/>
    <w:rsid w:val="7E42FDB0"/>
    <w:rsid w:val="7E4A6900"/>
    <w:rsid w:val="7E5BA01A"/>
    <w:rsid w:val="7E5C7B4F"/>
    <w:rsid w:val="7E9685EB"/>
    <w:rsid w:val="7EBCFF67"/>
    <w:rsid w:val="7F1F4478"/>
    <w:rsid w:val="7FB4E8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11AFE0"/>
  <w14:defaultImageDpi w14:val="300"/>
  <w15:docId w15:val="{7F18D498-9E03-4817-BEB1-97A1C450CEC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uiPriority w:val="99"/>
    <w:name w:val="Hyperlink"/>
    <w:basedOn w:val="DefaultParagraphFont"/>
    <w:unhideWhenUsed/>
    <w:rsid w:val="7B22C7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customXml" Target="../customXml/item4.xml" Id="rId4" /><Relationship Type="http://schemas.openxmlformats.org/officeDocument/2006/relationships/fontTable" Target="fontTable.xml" Id="rId9" /><Relationship Type="http://schemas.openxmlformats.org/officeDocument/2006/relationships/header" Target="header.xml" Id="R8b110f10c1a24d1a" /><Relationship Type="http://schemas.openxmlformats.org/officeDocument/2006/relationships/footer" Target="footer.xml" Id="R04a3c9b930874c71" /><Relationship Type="http://schemas.microsoft.com/office/2020/10/relationships/intelligence" Target="intelligence2.xml" Id="Rd68dd3f865314b6e" /><Relationship Type="http://schemas.openxmlformats.org/officeDocument/2006/relationships/hyperlink" Target="https://www.oriel.nhs.uk/Web/ResourceBank" TargetMode="External" Id="R3fd7f3398eab4993" /><Relationship Type="http://schemas.openxmlformats.org/officeDocument/2006/relationships/hyperlink" Target="https://www.oriel.nhs.uk/Web/PermaLink/ResourceBank/8DFA037A" TargetMode="External" Id="R6c874c1289fa431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BF5E7302AC18B4E85C73474E4333792" ma:contentTypeVersion="24" ma:contentTypeDescription="Create a new document." ma:contentTypeScope="" ma:versionID="a5777142e5e76cee7d400407a29fc2d5">
  <xsd:schema xmlns:xsd="http://www.w3.org/2001/XMLSchema" xmlns:xs="http://www.w3.org/2001/XMLSchema" xmlns:p="http://schemas.microsoft.com/office/2006/metadata/properties" xmlns:ns2="5c8f2f90-d297-4df1-872b-63cddd886b88" xmlns:ns3="4e8ed25f-e524-462f-a0f4-a9a24ef012cf" targetNamespace="http://schemas.microsoft.com/office/2006/metadata/properties" ma:root="true" ma:fieldsID="65e0524944c1a2b77493a00677c4adfa" ns2:_="" ns3:_="">
    <xsd:import namespace="5c8f2f90-d297-4df1-872b-63cddd886b88"/>
    <xsd:import namespace="4e8ed25f-e524-462f-a0f4-a9a24ef012cf"/>
    <xsd:element name="properties">
      <xsd:complexType>
        <xsd:sequence>
          <xsd:element name="documentManagement">
            <xsd:complexType>
              <xsd:all>
                <xsd:element ref="ns2:Date" minOccurs="0"/>
                <xsd:element ref="ns2:UKFPO" minOccurs="0"/>
                <xsd:element ref="ns3:SharedWithUsers" minOccurs="0"/>
                <xsd:element ref="ns3:SharedWithDetails" minOccurs="0"/>
                <xsd:element ref="ns2:MediaServiceMetadata" minOccurs="0"/>
                <xsd:element ref="ns2:MediaServiceFastMetadata" minOccurs="0"/>
                <xsd:element ref="ns2:MediaServiceObjectDetectorVersions" minOccurs="0"/>
                <xsd:element ref="ns3:_ip_UnifiedCompliancePolicyProperties" minOccurs="0"/>
                <xsd:element ref="ns3:_ip_UnifiedCompliancePolicyUIAction"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8f2f90-d297-4df1-872b-63cddd886b88" elementFormDefault="qualified">
    <xsd:import namespace="http://schemas.microsoft.com/office/2006/documentManagement/types"/>
    <xsd:import namespace="http://schemas.microsoft.com/office/infopath/2007/PartnerControls"/>
    <xsd:element name="Date" ma:index="4" nillable="true" ma:displayName="Date" ma:format="DateTime" ma:internalName="Date" ma:readOnly="false">
      <xsd:simpleType>
        <xsd:restriction base="dms:DateTime"/>
      </xsd:simpleType>
    </xsd:element>
    <xsd:element name="UKFPO" ma:index="5" nillable="true" ma:displayName="UKFPO" ma:description="email" ma:format="DateOnly" ma:internalName="UKFPO" ma:readOnly="false">
      <xsd:simpleType>
        <xsd:restriction base="dms:DateTim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8ed25f-e524-462f-a0f4-a9a24ef012cf" elementFormDefault="qualified">
    <xsd:import namespace="http://schemas.microsoft.com/office/2006/documentManagement/types"/>
    <xsd:import namespace="http://schemas.microsoft.com/office/infopath/2007/PartnerControls"/>
    <xsd:element name="SharedWithUsers" ma:index="10"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_ip_UnifiedCompliancePolicyProperties" ma:index="15" nillable="true" ma:displayName="Unified Compliance Policy Properties" ma:internalName="_ip_UnifiedCompliancePolicyProperties" ma:readOnly="false">
      <xsd:simpleType>
        <xsd:restriction base="dms:Note"/>
      </xsd:simpleType>
    </xsd:element>
    <xsd:element name="_ip_UnifiedCompliancePolicyUIAction" ma:index="16" nillable="true" ma:displayName="Unified Compliance Policy UI Action" ma:hidden="true" ma:internalName="_ip_UnifiedCompliancePolicyUIAction" ma:readOnly="false">
      <xsd:simpleType>
        <xsd:restriction base="dms:Text"/>
      </xsd:simpleType>
    </xsd:element>
    <xsd:element name="TaxCatchAll" ma:index="23" nillable="true" ma:displayName="Taxonomy Catch All Column" ma:hidden="true" ma:list="{0fe09831-02fa-4903-b75d-eff42368b144}" ma:internalName="TaxCatchAll" ma:showField="CatchAllData" ma:web="4e8ed25f-e524-462f-a0f4-a9a24ef012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4e8ed25f-e524-462f-a0f4-a9a24ef012cf" xsi:nil="true"/>
    <Date xmlns="5c8f2f90-d297-4df1-872b-63cddd886b88" xsi:nil="true"/>
    <lcf76f155ced4ddcb4097134ff3c332f xmlns="5c8f2f90-d297-4df1-872b-63cddd886b88">
      <Terms xmlns="http://schemas.microsoft.com/office/infopath/2007/PartnerControls"/>
    </lcf76f155ced4ddcb4097134ff3c332f>
    <_ip_UnifiedCompliancePolicyProperties xmlns="4e8ed25f-e524-462f-a0f4-a9a24ef012cf" xsi:nil="true"/>
    <UKFPO xmlns="5c8f2f90-d297-4df1-872b-63cddd886b88" xsi:nil="true"/>
    <TaxCatchAll xmlns="4e8ed25f-e524-462f-a0f4-a9a24ef012cf"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314C57C9-FAC3-410D-BEDE-C6A33BBD83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8f2f90-d297-4df1-872b-63cddd886b88"/>
    <ds:schemaRef ds:uri="4e8ed25f-e524-462f-a0f4-a9a24ef012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EE958C-BB16-4455-ADA2-6F7C35A19723}">
  <ds:schemaRefs>
    <ds:schemaRef ds:uri="http://schemas.microsoft.com/sharepoint/v3/contenttype/forms"/>
  </ds:schemaRefs>
</ds:datastoreItem>
</file>

<file path=customXml/itemProps4.xml><?xml version="1.0" encoding="utf-8"?>
<ds:datastoreItem xmlns:ds="http://schemas.openxmlformats.org/officeDocument/2006/customXml" ds:itemID="{24BE3A0E-35AC-40D9-9EF4-F988C825631A}">
  <ds:schemaRefs>
    <ds:schemaRef ds:uri="5c8f2f90-d297-4df1-872b-63cddd886b88"/>
    <ds:schemaRef ds:uri="http://www.w3.org/XML/1998/namespace"/>
    <ds:schemaRef ds:uri="http://purl.org/dc/elements/1.1/"/>
    <ds:schemaRef ds:uri="http://purl.org/dc/terms/"/>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4e8ed25f-e524-462f-a0f4-a9a24ef012cf"/>
    <ds:schemaRef ds:uri="http://schemas.microsoft.com/office/2006/metadata/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HOSSENY, Anisha (NHS ENGLAND)</lastModifiedBy>
  <revision>7</revision>
  <dcterms:created xsi:type="dcterms:W3CDTF">2026-04-16T15:44:00.0000000Z</dcterms:created>
  <dcterms:modified xsi:type="dcterms:W3CDTF">2026-05-05T08:58:39.1321963Z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0x010100CBF5E7302AC18B4E85C73474E4333792</vt:lpwstr>
  </property>
  <property fmtid="{D5CDD505-2E9C-101B-9397-08002B2CF9AE}" pid="3" name="MediaServiceImageTags">
    <vt:lpwstr/>
  </property>
  <property fmtid="{D5CDD505-2E9C-101B-9397-08002B2CF9AE}" pid="5" name="docLang">
    <vt:lpwstr>en</vt:lpwstr>
  </property>
</Properties>
</file>