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3D26A" w14:textId="236A4DED" w:rsidR="00577D4C" w:rsidRDefault="51F824CA">
      <w:pPr>
        <w:pStyle w:val="Heading1"/>
      </w:pPr>
      <w:r>
        <w:t>NIHR Clinical Lectureship – Application Form Part 1</w:t>
      </w:r>
    </w:p>
    <w:p w14:paraId="4165227F" w14:textId="244F3139" w:rsidR="0080006E" w:rsidRDefault="51F824CA" w:rsidP="0080006E">
      <w:pPr>
        <w:pStyle w:val="Heading2"/>
      </w:pPr>
      <w:r>
        <w:t>Contact Information</w:t>
      </w:r>
    </w:p>
    <w:p w14:paraId="737092AD" w14:textId="7D97BE1C" w:rsidR="00577D4C" w:rsidRDefault="0080006E">
      <w:r>
        <w:t>Surname / Last name: ________________________________</w:t>
      </w:r>
    </w:p>
    <w:p w14:paraId="40B7E42B" w14:textId="77777777" w:rsidR="00577D4C" w:rsidRDefault="0080006E">
      <w:r>
        <w:t>First name: ________________________________</w:t>
      </w:r>
    </w:p>
    <w:p w14:paraId="69B9200F" w14:textId="77777777" w:rsidR="00577D4C" w:rsidRDefault="0080006E">
      <w:r>
        <w:t>Middle name: ________________________________</w:t>
      </w:r>
    </w:p>
    <w:p w14:paraId="7E0FC280" w14:textId="77777777" w:rsidR="00577D4C" w:rsidRDefault="0080006E">
      <w:r>
        <w:t>Preferred name: ________________________________</w:t>
      </w:r>
    </w:p>
    <w:p w14:paraId="3DA5ADA6" w14:textId="77777777" w:rsidR="00577D4C" w:rsidRDefault="0080006E">
      <w:r>
        <w:t>Any other name(s) previously used: ________________________________</w:t>
      </w:r>
    </w:p>
    <w:p w14:paraId="18038A9B" w14:textId="77777777" w:rsidR="00577D4C" w:rsidRDefault="0080006E">
      <w:r>
        <w:t>Title: ________________________________</w:t>
      </w:r>
    </w:p>
    <w:p w14:paraId="5AE912DB" w14:textId="77777777" w:rsidR="00577D4C" w:rsidRDefault="0080006E">
      <w:r>
        <w:t>Date of birth: ________________________________</w:t>
      </w:r>
    </w:p>
    <w:p w14:paraId="3A853E64" w14:textId="77777777" w:rsidR="00577D4C" w:rsidRDefault="0080006E">
      <w:r>
        <w:t>Country of birth: ________________________________</w:t>
      </w:r>
    </w:p>
    <w:p w14:paraId="24B74C36" w14:textId="59347DFF" w:rsidR="00577D4C" w:rsidRDefault="0080006E">
      <w:r>
        <w:t>Do you have a National Insurance Number? ________________________________</w:t>
      </w:r>
    </w:p>
    <w:p w14:paraId="26F36AD7" w14:textId="77777777" w:rsidR="00577D4C" w:rsidRDefault="0080006E">
      <w:r>
        <w:t>Address: ________________________________</w:t>
      </w:r>
    </w:p>
    <w:p w14:paraId="63568EEC" w14:textId="77777777" w:rsidR="00577D4C" w:rsidRDefault="0080006E">
      <w:r>
        <w:t>Home telephone number: ________________________________</w:t>
      </w:r>
    </w:p>
    <w:p w14:paraId="0AB5E541" w14:textId="77777777" w:rsidR="00577D4C" w:rsidRDefault="0080006E">
      <w:r>
        <w:t>Mobile telephone number: ________________________________</w:t>
      </w:r>
    </w:p>
    <w:p w14:paraId="7F28A934" w14:textId="77777777" w:rsidR="00577D4C" w:rsidRDefault="0080006E">
      <w:r>
        <w:t>Work telephone number: ________________________________</w:t>
      </w:r>
    </w:p>
    <w:p w14:paraId="1E20B3C8" w14:textId="22B32E63" w:rsidR="0080006E" w:rsidRDefault="0080006E">
      <w:r>
        <w:t>May we contact you at work? ________________________________</w:t>
      </w:r>
    </w:p>
    <w:p w14:paraId="7741EAE0" w14:textId="4F075DB6" w:rsidR="0080006E" w:rsidRDefault="0080006E">
      <w:r>
        <w:t>Preferred contact number: ________________________________</w:t>
      </w:r>
    </w:p>
    <w:p w14:paraId="2FC9EC7E" w14:textId="77777777" w:rsidR="0080006E" w:rsidRDefault="0080006E" w:rsidP="0080006E">
      <w:r>
        <w:t>Email address: ________________________________</w:t>
      </w:r>
    </w:p>
    <w:p w14:paraId="7AB1179E" w14:textId="698D0B21" w:rsidR="00577D4C" w:rsidRPr="0080006E" w:rsidRDefault="51F824CA" w:rsidP="0080006E">
      <w:pPr>
        <w:pStyle w:val="Heading2"/>
      </w:pPr>
      <w:r>
        <w:t>Right to work in the UK</w:t>
      </w:r>
    </w:p>
    <w:p w14:paraId="3A38D48B" w14:textId="6C7CC54D" w:rsidR="0080006E" w:rsidRDefault="51F824CA" w:rsidP="0080006E">
      <w:r>
        <w:t xml:space="preserve">Your nationality – country pertaining </w:t>
      </w:r>
      <w:r w:rsidR="639AAB9D">
        <w:t>________________________________</w:t>
      </w:r>
    </w:p>
    <w:p w14:paraId="6DD8C38C" w14:textId="2B9B0176" w:rsidR="6CE6D8A4" w:rsidRDefault="6CE6D8A4">
      <w:r>
        <w:t>Are you a United Kingdom (UK)/Irish national?</w:t>
      </w:r>
      <w:r w:rsidR="21971C93">
        <w:t xml:space="preserve"> </w:t>
      </w:r>
      <w:r w:rsidR="21971C93" w:rsidRPr="42B6451E">
        <w:rPr>
          <w:u w:val="single"/>
        </w:rPr>
        <w:t>Option choice Yes or No</w:t>
      </w:r>
    </w:p>
    <w:p w14:paraId="3641EEA7" w14:textId="4F1B98E1" w:rsidR="6665E18B" w:rsidRDefault="6665E18B" w:rsidP="7B22C702">
      <w:pPr>
        <w:pStyle w:val="Heading2"/>
      </w:pPr>
      <w:r>
        <w:t xml:space="preserve">Full employment history (UK/0verseas  </w:t>
      </w:r>
    </w:p>
    <w:p w14:paraId="21BBC268" w14:textId="121617F2" w:rsidR="1E77EDA8" w:rsidRDefault="1E77EDA8" w:rsidP="7B22C702">
      <w:r>
        <w:t xml:space="preserve">I have no employment </w:t>
      </w:r>
      <w:r w:rsidR="25AF3629">
        <w:t>history</w:t>
      </w:r>
    </w:p>
    <w:p w14:paraId="1CDBEA87" w14:textId="4744D694" w:rsidR="7B22C702" w:rsidRDefault="7B22C702" w:rsidP="7B22C702">
      <w:pPr>
        <w:pStyle w:val="ListParagraph"/>
        <w:numPr>
          <w:ilvl w:val="0"/>
          <w:numId w:val="1"/>
        </w:numPr>
      </w:pPr>
    </w:p>
    <w:p w14:paraId="1271D9DB" w14:textId="0533E2F1" w:rsidR="25AF3629" w:rsidRDefault="25AF3629" w:rsidP="7B22C702">
      <w:r>
        <w:t>Where experience is required for a post, ticking this box will make you ineligible.</w:t>
      </w:r>
    </w:p>
    <w:p w14:paraId="0961500C" w14:textId="2131A8DC" w:rsidR="25AF3629" w:rsidRDefault="25AF3629" w:rsidP="7B22C702">
      <w:bookmarkStart w:id="0" w:name="_Int_CTctU3nt"/>
      <w:r>
        <w:lastRenderedPageBreak/>
        <w:t>If you completed clinical training equivalent to Foundation Year 1, before graduation from medical school, you must include this in your employment history.</w:t>
      </w:r>
      <w:bookmarkEnd w:id="0"/>
    </w:p>
    <w:p w14:paraId="34428125" w14:textId="555E1B56" w:rsidR="29F9A306" w:rsidRDefault="29F9A306" w:rsidP="7B22C702">
      <w:pPr>
        <w:pStyle w:val="Heading2"/>
      </w:pPr>
      <w:r>
        <w:t>Employment history - data entry section</w:t>
      </w:r>
    </w:p>
    <w:p w14:paraId="1F785406" w14:textId="00353828" w:rsidR="01CC9900" w:rsidRDefault="01CC9900" w:rsidP="7B22C702">
      <w:pPr>
        <w:rPr>
          <w:b/>
          <w:bCs/>
          <w:color w:val="C00000"/>
        </w:rPr>
      </w:pPr>
      <w:r w:rsidRPr="7B22C702">
        <w:rPr>
          <w:b/>
          <w:bCs/>
          <w:color w:val="C00000"/>
        </w:rPr>
        <w:t>Remember to include any F1 / F2 posts here if applicable.</w:t>
      </w:r>
    </w:p>
    <w:tbl>
      <w:tblPr>
        <w:tblStyle w:val="TableGrid"/>
        <w:tblW w:w="0" w:type="auto"/>
        <w:tblLook w:val="06A0" w:firstRow="1" w:lastRow="0" w:firstColumn="1" w:lastColumn="0" w:noHBand="1" w:noVBand="1"/>
      </w:tblPr>
      <w:tblGrid>
        <w:gridCol w:w="952"/>
        <w:gridCol w:w="832"/>
        <w:gridCol w:w="545"/>
        <w:gridCol w:w="549"/>
        <w:gridCol w:w="897"/>
        <w:gridCol w:w="583"/>
        <w:gridCol w:w="606"/>
        <w:gridCol w:w="549"/>
        <w:gridCol w:w="516"/>
        <w:gridCol w:w="2827"/>
      </w:tblGrid>
      <w:tr w:rsidR="7B22C702" w14:paraId="5BE85D07" w14:textId="77777777" w:rsidTr="7B22C702">
        <w:trPr>
          <w:trHeight w:val="300"/>
        </w:trPr>
        <w:tc>
          <w:tcPr>
            <w:tcW w:w="864" w:type="dxa"/>
          </w:tcPr>
          <w:p w14:paraId="08DF7EF2" w14:textId="653739C2" w:rsidR="1C624CED" w:rsidRDefault="1C624CED" w:rsidP="7B22C702">
            <w:pPr>
              <w:rPr>
                <w:u w:val="single"/>
              </w:rPr>
            </w:pPr>
            <w:r w:rsidRPr="7B22C702">
              <w:rPr>
                <w:u w:val="single"/>
              </w:rPr>
              <w:t>Employer name</w:t>
            </w:r>
          </w:p>
        </w:tc>
        <w:tc>
          <w:tcPr>
            <w:tcW w:w="864" w:type="dxa"/>
          </w:tcPr>
          <w:p w14:paraId="649AFEA2" w14:textId="223789F5" w:rsidR="2011E7B5" w:rsidRDefault="2011E7B5" w:rsidP="7B22C702">
            <w:pPr>
              <w:rPr>
                <w:u w:val="single"/>
              </w:rPr>
            </w:pPr>
            <w:r w:rsidRPr="7B22C702">
              <w:rPr>
                <w:u w:val="single"/>
              </w:rPr>
              <w:t>Ad</w:t>
            </w:r>
            <w:r w:rsidR="079E3583" w:rsidRPr="7B22C702">
              <w:rPr>
                <w:u w:val="single"/>
              </w:rPr>
              <w:t>d</w:t>
            </w:r>
            <w:r w:rsidRPr="7B22C702">
              <w:rPr>
                <w:u w:val="single"/>
              </w:rPr>
              <w:t>ress</w:t>
            </w:r>
          </w:p>
          <w:p w14:paraId="234E4A5B" w14:textId="65DBD76C" w:rsidR="7B22C702" w:rsidRDefault="7B22C702" w:rsidP="7B22C702">
            <w:pPr>
              <w:rPr>
                <w:color w:val="C00000"/>
              </w:rPr>
            </w:pPr>
          </w:p>
        </w:tc>
        <w:tc>
          <w:tcPr>
            <w:tcW w:w="864" w:type="dxa"/>
          </w:tcPr>
          <w:p w14:paraId="60A04144" w14:textId="259B6481" w:rsidR="2011E7B5" w:rsidRDefault="2011E7B5" w:rsidP="7B22C702">
            <w:pPr>
              <w:rPr>
                <w:u w:val="single"/>
              </w:rPr>
            </w:pPr>
            <w:r w:rsidRPr="7B22C702">
              <w:rPr>
                <w:u w:val="single"/>
              </w:rPr>
              <w:t>Post title</w:t>
            </w:r>
          </w:p>
          <w:p w14:paraId="30D20221" w14:textId="24A0C856" w:rsidR="7B22C702" w:rsidRDefault="7B22C702" w:rsidP="7B22C702">
            <w:pPr>
              <w:rPr>
                <w:color w:val="C00000"/>
              </w:rPr>
            </w:pPr>
          </w:p>
        </w:tc>
        <w:tc>
          <w:tcPr>
            <w:tcW w:w="864" w:type="dxa"/>
          </w:tcPr>
          <w:p w14:paraId="363873F8" w14:textId="52EFDAA3" w:rsidR="2011E7B5" w:rsidRDefault="2011E7B5" w:rsidP="7B22C702">
            <w:pPr>
              <w:rPr>
                <w:u w:val="single"/>
              </w:rPr>
            </w:pPr>
            <w:r w:rsidRPr="7B22C702">
              <w:rPr>
                <w:u w:val="single"/>
              </w:rPr>
              <w:t>Post type</w:t>
            </w:r>
          </w:p>
          <w:p w14:paraId="7DB0FB82" w14:textId="63B70E02" w:rsidR="7B22C702" w:rsidRDefault="7B22C702" w:rsidP="7B22C702">
            <w:pPr>
              <w:rPr>
                <w:color w:val="C00000"/>
              </w:rPr>
            </w:pPr>
          </w:p>
        </w:tc>
        <w:tc>
          <w:tcPr>
            <w:tcW w:w="864" w:type="dxa"/>
          </w:tcPr>
          <w:p w14:paraId="664B41AB" w14:textId="57EE181E" w:rsidR="2011E7B5" w:rsidRDefault="2011E7B5" w:rsidP="7B22C702">
            <w:pPr>
              <w:rPr>
                <w:u w:val="single"/>
              </w:rPr>
            </w:pPr>
            <w:r w:rsidRPr="7B22C702">
              <w:rPr>
                <w:u w:val="single"/>
              </w:rPr>
              <w:t>Specialty</w:t>
            </w:r>
          </w:p>
          <w:p w14:paraId="3786CF34" w14:textId="37C2BE29" w:rsidR="7B22C702" w:rsidRDefault="7B22C702" w:rsidP="7B22C702">
            <w:pPr>
              <w:rPr>
                <w:color w:val="C00000"/>
              </w:rPr>
            </w:pPr>
          </w:p>
        </w:tc>
        <w:tc>
          <w:tcPr>
            <w:tcW w:w="864" w:type="dxa"/>
          </w:tcPr>
          <w:p w14:paraId="0623008A" w14:textId="228C913B" w:rsidR="2011E7B5" w:rsidRDefault="2011E7B5" w:rsidP="7B22C702">
            <w:pPr>
              <w:rPr>
                <w:sz w:val="20"/>
                <w:szCs w:val="20"/>
                <w:u w:val="single"/>
              </w:rPr>
            </w:pPr>
            <w:r w:rsidRPr="7B22C702">
              <w:rPr>
                <w:sz w:val="20"/>
                <w:szCs w:val="20"/>
                <w:u w:val="single"/>
              </w:rPr>
              <w:t>Level of post</w:t>
            </w:r>
          </w:p>
          <w:p w14:paraId="62DC61CC" w14:textId="36D4D53C" w:rsidR="7B22C702" w:rsidRDefault="7B22C702" w:rsidP="7B22C702">
            <w:pPr>
              <w:rPr>
                <w:sz w:val="20"/>
                <w:szCs w:val="20"/>
                <w:u w:val="single"/>
              </w:rPr>
            </w:pPr>
          </w:p>
        </w:tc>
        <w:tc>
          <w:tcPr>
            <w:tcW w:w="864" w:type="dxa"/>
          </w:tcPr>
          <w:p w14:paraId="001B089A" w14:textId="2300D48D" w:rsidR="2011E7B5" w:rsidRDefault="2011E7B5" w:rsidP="7B22C702">
            <w:pPr>
              <w:rPr>
                <w:sz w:val="20"/>
                <w:szCs w:val="20"/>
                <w:u w:val="single"/>
              </w:rPr>
            </w:pPr>
            <w:r w:rsidRPr="7B22C702">
              <w:rPr>
                <w:sz w:val="20"/>
                <w:szCs w:val="20"/>
                <w:u w:val="single"/>
              </w:rPr>
              <w:t>Less than full time (LFT)</w:t>
            </w:r>
          </w:p>
          <w:p w14:paraId="40029343" w14:textId="6F60A76A" w:rsidR="7B22C702" w:rsidRDefault="7B22C702" w:rsidP="7B22C702">
            <w:pPr>
              <w:rPr>
                <w:sz w:val="20"/>
                <w:szCs w:val="20"/>
                <w:u w:val="single"/>
              </w:rPr>
            </w:pPr>
          </w:p>
        </w:tc>
        <w:tc>
          <w:tcPr>
            <w:tcW w:w="864" w:type="dxa"/>
          </w:tcPr>
          <w:p w14:paraId="3F11A016" w14:textId="3EEC02A0" w:rsidR="2011E7B5" w:rsidRDefault="2011E7B5" w:rsidP="7B22C702">
            <w:pPr>
              <w:rPr>
                <w:sz w:val="20"/>
                <w:szCs w:val="20"/>
                <w:u w:val="single"/>
              </w:rPr>
            </w:pPr>
            <w:r w:rsidRPr="7B22C702">
              <w:rPr>
                <w:sz w:val="20"/>
                <w:szCs w:val="20"/>
                <w:u w:val="single"/>
              </w:rPr>
              <w:t>Start date</w:t>
            </w:r>
          </w:p>
          <w:p w14:paraId="315BC959" w14:textId="78DD7B87" w:rsidR="7B22C702" w:rsidRDefault="7B22C702" w:rsidP="7B22C702">
            <w:pPr>
              <w:rPr>
                <w:sz w:val="20"/>
                <w:szCs w:val="20"/>
                <w:u w:val="single"/>
              </w:rPr>
            </w:pPr>
          </w:p>
        </w:tc>
        <w:tc>
          <w:tcPr>
            <w:tcW w:w="864" w:type="dxa"/>
          </w:tcPr>
          <w:p w14:paraId="32F71A17" w14:textId="1A60B23F" w:rsidR="2011E7B5" w:rsidRDefault="2011E7B5" w:rsidP="7B22C702">
            <w:pPr>
              <w:rPr>
                <w:sz w:val="20"/>
                <w:szCs w:val="20"/>
                <w:u w:val="single"/>
              </w:rPr>
            </w:pPr>
            <w:r w:rsidRPr="7B22C702">
              <w:rPr>
                <w:sz w:val="20"/>
                <w:szCs w:val="20"/>
                <w:u w:val="single"/>
              </w:rPr>
              <w:t>End date</w:t>
            </w:r>
          </w:p>
          <w:p w14:paraId="1F714DE2" w14:textId="6128D02D" w:rsidR="7B22C702" w:rsidRDefault="7B22C702" w:rsidP="7B22C702">
            <w:pPr>
              <w:rPr>
                <w:sz w:val="20"/>
                <w:szCs w:val="20"/>
                <w:u w:val="single"/>
              </w:rPr>
            </w:pPr>
          </w:p>
        </w:tc>
        <w:tc>
          <w:tcPr>
            <w:tcW w:w="864" w:type="dxa"/>
          </w:tcPr>
          <w:p w14:paraId="020AA909" w14:textId="04648F33" w:rsidR="2011E7B5" w:rsidRDefault="2011E7B5" w:rsidP="7B22C702">
            <w:pPr>
              <w:rPr>
                <w:sz w:val="20"/>
                <w:szCs w:val="20"/>
                <w:u w:val="single"/>
              </w:rPr>
            </w:pPr>
            <w:r w:rsidRPr="7B22C702">
              <w:rPr>
                <w:sz w:val="20"/>
                <w:szCs w:val="20"/>
                <w:u w:val="single"/>
              </w:rPr>
              <w:t>Observer/clinical/attachment/unpaid post</w:t>
            </w:r>
          </w:p>
        </w:tc>
      </w:tr>
      <w:tr w:rsidR="7B22C702" w14:paraId="090C5C6F" w14:textId="77777777" w:rsidTr="7B22C702">
        <w:trPr>
          <w:trHeight w:val="300"/>
        </w:trPr>
        <w:tc>
          <w:tcPr>
            <w:tcW w:w="864" w:type="dxa"/>
          </w:tcPr>
          <w:p w14:paraId="14AF1852" w14:textId="0E836A25" w:rsidR="7B22C702" w:rsidRDefault="7B22C702" w:rsidP="7B22C702">
            <w:pPr>
              <w:rPr>
                <w:b/>
                <w:bCs/>
                <w:color w:val="C00000"/>
              </w:rPr>
            </w:pPr>
          </w:p>
        </w:tc>
        <w:tc>
          <w:tcPr>
            <w:tcW w:w="864" w:type="dxa"/>
          </w:tcPr>
          <w:p w14:paraId="20B28824" w14:textId="0E836A25" w:rsidR="7B22C702" w:rsidRDefault="7B22C702" w:rsidP="7B22C702">
            <w:pPr>
              <w:rPr>
                <w:b/>
                <w:bCs/>
                <w:color w:val="C00000"/>
              </w:rPr>
            </w:pPr>
          </w:p>
        </w:tc>
        <w:tc>
          <w:tcPr>
            <w:tcW w:w="864" w:type="dxa"/>
          </w:tcPr>
          <w:p w14:paraId="3B3B39A4" w14:textId="0E836A25" w:rsidR="7B22C702" w:rsidRDefault="7B22C702" w:rsidP="7B22C702">
            <w:pPr>
              <w:rPr>
                <w:b/>
                <w:bCs/>
                <w:color w:val="C00000"/>
              </w:rPr>
            </w:pPr>
          </w:p>
        </w:tc>
        <w:tc>
          <w:tcPr>
            <w:tcW w:w="864" w:type="dxa"/>
          </w:tcPr>
          <w:p w14:paraId="6D925A66" w14:textId="0E836A25" w:rsidR="7B22C702" w:rsidRDefault="7B22C702" w:rsidP="7B22C702">
            <w:pPr>
              <w:rPr>
                <w:b/>
                <w:bCs/>
                <w:color w:val="C00000"/>
              </w:rPr>
            </w:pPr>
          </w:p>
        </w:tc>
        <w:tc>
          <w:tcPr>
            <w:tcW w:w="864" w:type="dxa"/>
          </w:tcPr>
          <w:p w14:paraId="1A5ABD30" w14:textId="0E836A25" w:rsidR="7B22C702" w:rsidRDefault="7B22C702" w:rsidP="7B22C702">
            <w:pPr>
              <w:rPr>
                <w:b/>
                <w:bCs/>
                <w:color w:val="C00000"/>
              </w:rPr>
            </w:pPr>
          </w:p>
        </w:tc>
        <w:tc>
          <w:tcPr>
            <w:tcW w:w="864" w:type="dxa"/>
          </w:tcPr>
          <w:p w14:paraId="6B20E085" w14:textId="0E836A25" w:rsidR="7B22C702" w:rsidRDefault="7B22C702" w:rsidP="7B22C702">
            <w:pPr>
              <w:rPr>
                <w:b/>
                <w:bCs/>
                <w:color w:val="C00000"/>
              </w:rPr>
            </w:pPr>
          </w:p>
        </w:tc>
        <w:tc>
          <w:tcPr>
            <w:tcW w:w="864" w:type="dxa"/>
          </w:tcPr>
          <w:p w14:paraId="1438F289" w14:textId="0E836A25" w:rsidR="7B22C702" w:rsidRDefault="7B22C702" w:rsidP="7B22C702">
            <w:pPr>
              <w:rPr>
                <w:b/>
                <w:bCs/>
                <w:color w:val="C00000"/>
              </w:rPr>
            </w:pPr>
          </w:p>
        </w:tc>
        <w:tc>
          <w:tcPr>
            <w:tcW w:w="864" w:type="dxa"/>
          </w:tcPr>
          <w:p w14:paraId="6CA4A489" w14:textId="0E836A25" w:rsidR="7B22C702" w:rsidRDefault="7B22C702" w:rsidP="7B22C702">
            <w:pPr>
              <w:rPr>
                <w:b/>
                <w:bCs/>
                <w:color w:val="C00000"/>
              </w:rPr>
            </w:pPr>
          </w:p>
        </w:tc>
        <w:tc>
          <w:tcPr>
            <w:tcW w:w="864" w:type="dxa"/>
          </w:tcPr>
          <w:p w14:paraId="09D3626B" w14:textId="0E836A25" w:rsidR="7B22C702" w:rsidRDefault="7B22C702" w:rsidP="7B22C702">
            <w:pPr>
              <w:rPr>
                <w:b/>
                <w:bCs/>
                <w:color w:val="C00000"/>
              </w:rPr>
            </w:pPr>
          </w:p>
        </w:tc>
        <w:tc>
          <w:tcPr>
            <w:tcW w:w="864" w:type="dxa"/>
          </w:tcPr>
          <w:p w14:paraId="684A0091" w14:textId="0E836A25" w:rsidR="7B22C702" w:rsidRDefault="7B22C702" w:rsidP="7B22C702">
            <w:pPr>
              <w:rPr>
                <w:b/>
                <w:bCs/>
                <w:color w:val="C00000"/>
              </w:rPr>
            </w:pPr>
          </w:p>
        </w:tc>
      </w:tr>
      <w:tr w:rsidR="7B22C702" w14:paraId="01C0E2AB" w14:textId="77777777" w:rsidTr="7B22C702">
        <w:trPr>
          <w:trHeight w:val="300"/>
        </w:trPr>
        <w:tc>
          <w:tcPr>
            <w:tcW w:w="864" w:type="dxa"/>
          </w:tcPr>
          <w:p w14:paraId="386D66AB" w14:textId="0E836A25" w:rsidR="7B22C702" w:rsidRDefault="7B22C702" w:rsidP="7B22C702">
            <w:pPr>
              <w:rPr>
                <w:b/>
                <w:bCs/>
                <w:color w:val="C00000"/>
              </w:rPr>
            </w:pPr>
          </w:p>
        </w:tc>
        <w:tc>
          <w:tcPr>
            <w:tcW w:w="864" w:type="dxa"/>
          </w:tcPr>
          <w:p w14:paraId="235AD25A" w14:textId="0E836A25" w:rsidR="7B22C702" w:rsidRDefault="7B22C702" w:rsidP="7B22C702">
            <w:pPr>
              <w:rPr>
                <w:b/>
                <w:bCs/>
                <w:color w:val="C00000"/>
              </w:rPr>
            </w:pPr>
          </w:p>
        </w:tc>
        <w:tc>
          <w:tcPr>
            <w:tcW w:w="864" w:type="dxa"/>
          </w:tcPr>
          <w:p w14:paraId="62648107" w14:textId="0E836A25" w:rsidR="7B22C702" w:rsidRDefault="7B22C702" w:rsidP="7B22C702">
            <w:pPr>
              <w:rPr>
                <w:b/>
                <w:bCs/>
                <w:color w:val="C00000"/>
              </w:rPr>
            </w:pPr>
          </w:p>
        </w:tc>
        <w:tc>
          <w:tcPr>
            <w:tcW w:w="864" w:type="dxa"/>
          </w:tcPr>
          <w:p w14:paraId="3358E919" w14:textId="0E836A25" w:rsidR="7B22C702" w:rsidRDefault="7B22C702" w:rsidP="7B22C702">
            <w:pPr>
              <w:rPr>
                <w:b/>
                <w:bCs/>
                <w:color w:val="C00000"/>
              </w:rPr>
            </w:pPr>
          </w:p>
        </w:tc>
        <w:tc>
          <w:tcPr>
            <w:tcW w:w="864" w:type="dxa"/>
          </w:tcPr>
          <w:p w14:paraId="2A41F594" w14:textId="0E836A25" w:rsidR="7B22C702" w:rsidRDefault="7B22C702" w:rsidP="7B22C702">
            <w:pPr>
              <w:rPr>
                <w:b/>
                <w:bCs/>
                <w:color w:val="C00000"/>
              </w:rPr>
            </w:pPr>
          </w:p>
        </w:tc>
        <w:tc>
          <w:tcPr>
            <w:tcW w:w="864" w:type="dxa"/>
          </w:tcPr>
          <w:p w14:paraId="169E5F4C" w14:textId="0E836A25" w:rsidR="7B22C702" w:rsidRDefault="7B22C702" w:rsidP="7B22C702">
            <w:pPr>
              <w:rPr>
                <w:b/>
                <w:bCs/>
                <w:color w:val="C00000"/>
              </w:rPr>
            </w:pPr>
          </w:p>
        </w:tc>
        <w:tc>
          <w:tcPr>
            <w:tcW w:w="864" w:type="dxa"/>
          </w:tcPr>
          <w:p w14:paraId="17210FD3" w14:textId="0E836A25" w:rsidR="7B22C702" w:rsidRDefault="7B22C702" w:rsidP="7B22C702">
            <w:pPr>
              <w:rPr>
                <w:b/>
                <w:bCs/>
                <w:color w:val="C00000"/>
              </w:rPr>
            </w:pPr>
          </w:p>
        </w:tc>
        <w:tc>
          <w:tcPr>
            <w:tcW w:w="864" w:type="dxa"/>
          </w:tcPr>
          <w:p w14:paraId="25BD89CA" w14:textId="0E836A25" w:rsidR="7B22C702" w:rsidRDefault="7B22C702" w:rsidP="7B22C702">
            <w:pPr>
              <w:rPr>
                <w:b/>
                <w:bCs/>
                <w:color w:val="C00000"/>
              </w:rPr>
            </w:pPr>
          </w:p>
        </w:tc>
        <w:tc>
          <w:tcPr>
            <w:tcW w:w="864" w:type="dxa"/>
          </w:tcPr>
          <w:p w14:paraId="17F3A20F" w14:textId="0E836A25" w:rsidR="7B22C702" w:rsidRDefault="7B22C702" w:rsidP="7B22C702">
            <w:pPr>
              <w:rPr>
                <w:b/>
                <w:bCs/>
                <w:color w:val="C00000"/>
              </w:rPr>
            </w:pPr>
          </w:p>
        </w:tc>
        <w:tc>
          <w:tcPr>
            <w:tcW w:w="864" w:type="dxa"/>
          </w:tcPr>
          <w:p w14:paraId="27779776" w14:textId="0E836A25" w:rsidR="7B22C702" w:rsidRDefault="7B22C702" w:rsidP="7B22C702">
            <w:pPr>
              <w:rPr>
                <w:b/>
                <w:bCs/>
                <w:color w:val="C00000"/>
              </w:rPr>
            </w:pPr>
          </w:p>
        </w:tc>
      </w:tr>
      <w:tr w:rsidR="7B22C702" w14:paraId="6A702625" w14:textId="77777777" w:rsidTr="7B22C702">
        <w:trPr>
          <w:trHeight w:val="300"/>
        </w:trPr>
        <w:tc>
          <w:tcPr>
            <w:tcW w:w="864" w:type="dxa"/>
          </w:tcPr>
          <w:p w14:paraId="0A79020A" w14:textId="0E836A25" w:rsidR="7B22C702" w:rsidRDefault="7B22C702" w:rsidP="7B22C702">
            <w:pPr>
              <w:rPr>
                <w:b/>
                <w:bCs/>
                <w:color w:val="C00000"/>
              </w:rPr>
            </w:pPr>
          </w:p>
        </w:tc>
        <w:tc>
          <w:tcPr>
            <w:tcW w:w="864" w:type="dxa"/>
          </w:tcPr>
          <w:p w14:paraId="7271389E" w14:textId="0E836A25" w:rsidR="7B22C702" w:rsidRDefault="7B22C702" w:rsidP="7B22C702">
            <w:pPr>
              <w:rPr>
                <w:b/>
                <w:bCs/>
                <w:color w:val="C00000"/>
              </w:rPr>
            </w:pPr>
          </w:p>
        </w:tc>
        <w:tc>
          <w:tcPr>
            <w:tcW w:w="864" w:type="dxa"/>
          </w:tcPr>
          <w:p w14:paraId="6A69A105" w14:textId="0E836A25" w:rsidR="7B22C702" w:rsidRDefault="7B22C702" w:rsidP="7B22C702">
            <w:pPr>
              <w:rPr>
                <w:b/>
                <w:bCs/>
                <w:color w:val="C00000"/>
              </w:rPr>
            </w:pPr>
          </w:p>
        </w:tc>
        <w:tc>
          <w:tcPr>
            <w:tcW w:w="864" w:type="dxa"/>
          </w:tcPr>
          <w:p w14:paraId="1EE0CAED" w14:textId="0E836A25" w:rsidR="7B22C702" w:rsidRDefault="7B22C702" w:rsidP="7B22C702">
            <w:pPr>
              <w:rPr>
                <w:b/>
                <w:bCs/>
                <w:color w:val="C00000"/>
              </w:rPr>
            </w:pPr>
          </w:p>
        </w:tc>
        <w:tc>
          <w:tcPr>
            <w:tcW w:w="864" w:type="dxa"/>
          </w:tcPr>
          <w:p w14:paraId="5EC641A5" w14:textId="0E836A25" w:rsidR="7B22C702" w:rsidRDefault="7B22C702" w:rsidP="7B22C702">
            <w:pPr>
              <w:rPr>
                <w:b/>
                <w:bCs/>
                <w:color w:val="C00000"/>
              </w:rPr>
            </w:pPr>
          </w:p>
        </w:tc>
        <w:tc>
          <w:tcPr>
            <w:tcW w:w="864" w:type="dxa"/>
          </w:tcPr>
          <w:p w14:paraId="036B3577" w14:textId="0E836A25" w:rsidR="7B22C702" w:rsidRDefault="7B22C702" w:rsidP="7B22C702">
            <w:pPr>
              <w:rPr>
                <w:b/>
                <w:bCs/>
                <w:color w:val="C00000"/>
              </w:rPr>
            </w:pPr>
          </w:p>
        </w:tc>
        <w:tc>
          <w:tcPr>
            <w:tcW w:w="864" w:type="dxa"/>
          </w:tcPr>
          <w:p w14:paraId="12DF0B14" w14:textId="0E836A25" w:rsidR="7B22C702" w:rsidRDefault="7B22C702" w:rsidP="7B22C702">
            <w:pPr>
              <w:rPr>
                <w:b/>
                <w:bCs/>
                <w:color w:val="C00000"/>
              </w:rPr>
            </w:pPr>
          </w:p>
        </w:tc>
        <w:tc>
          <w:tcPr>
            <w:tcW w:w="864" w:type="dxa"/>
          </w:tcPr>
          <w:p w14:paraId="7F6444E0" w14:textId="0E836A25" w:rsidR="7B22C702" w:rsidRDefault="7B22C702" w:rsidP="7B22C702">
            <w:pPr>
              <w:rPr>
                <w:b/>
                <w:bCs/>
                <w:color w:val="C00000"/>
              </w:rPr>
            </w:pPr>
          </w:p>
        </w:tc>
        <w:tc>
          <w:tcPr>
            <w:tcW w:w="864" w:type="dxa"/>
          </w:tcPr>
          <w:p w14:paraId="0C12BAC0" w14:textId="0E836A25" w:rsidR="7B22C702" w:rsidRDefault="7B22C702" w:rsidP="7B22C702">
            <w:pPr>
              <w:rPr>
                <w:b/>
                <w:bCs/>
                <w:color w:val="C00000"/>
              </w:rPr>
            </w:pPr>
          </w:p>
        </w:tc>
        <w:tc>
          <w:tcPr>
            <w:tcW w:w="864" w:type="dxa"/>
          </w:tcPr>
          <w:p w14:paraId="521CC286" w14:textId="0E836A25" w:rsidR="7B22C702" w:rsidRDefault="7B22C702" w:rsidP="7B22C702">
            <w:pPr>
              <w:rPr>
                <w:b/>
                <w:bCs/>
                <w:color w:val="C00000"/>
              </w:rPr>
            </w:pPr>
          </w:p>
        </w:tc>
      </w:tr>
      <w:tr w:rsidR="7B22C702" w14:paraId="37F4A8E0" w14:textId="77777777" w:rsidTr="7B22C702">
        <w:trPr>
          <w:trHeight w:val="300"/>
        </w:trPr>
        <w:tc>
          <w:tcPr>
            <w:tcW w:w="864" w:type="dxa"/>
          </w:tcPr>
          <w:p w14:paraId="72D9E476" w14:textId="0E836A25" w:rsidR="7B22C702" w:rsidRDefault="7B22C702" w:rsidP="7B22C702">
            <w:pPr>
              <w:rPr>
                <w:b/>
                <w:bCs/>
                <w:color w:val="C00000"/>
              </w:rPr>
            </w:pPr>
          </w:p>
        </w:tc>
        <w:tc>
          <w:tcPr>
            <w:tcW w:w="864" w:type="dxa"/>
          </w:tcPr>
          <w:p w14:paraId="3B8E3FD8" w14:textId="0E836A25" w:rsidR="7B22C702" w:rsidRDefault="7B22C702" w:rsidP="7B22C702">
            <w:pPr>
              <w:rPr>
                <w:b/>
                <w:bCs/>
                <w:color w:val="C00000"/>
              </w:rPr>
            </w:pPr>
          </w:p>
        </w:tc>
        <w:tc>
          <w:tcPr>
            <w:tcW w:w="864" w:type="dxa"/>
          </w:tcPr>
          <w:p w14:paraId="48DF4A00" w14:textId="0E836A25" w:rsidR="7B22C702" w:rsidRDefault="7B22C702" w:rsidP="7B22C702">
            <w:pPr>
              <w:rPr>
                <w:b/>
                <w:bCs/>
                <w:color w:val="C00000"/>
              </w:rPr>
            </w:pPr>
          </w:p>
        </w:tc>
        <w:tc>
          <w:tcPr>
            <w:tcW w:w="864" w:type="dxa"/>
          </w:tcPr>
          <w:p w14:paraId="04AEADEF" w14:textId="0E836A25" w:rsidR="7B22C702" w:rsidRDefault="7B22C702" w:rsidP="7B22C702">
            <w:pPr>
              <w:rPr>
                <w:b/>
                <w:bCs/>
                <w:color w:val="C00000"/>
              </w:rPr>
            </w:pPr>
          </w:p>
        </w:tc>
        <w:tc>
          <w:tcPr>
            <w:tcW w:w="864" w:type="dxa"/>
          </w:tcPr>
          <w:p w14:paraId="17F2F839" w14:textId="0E836A25" w:rsidR="7B22C702" w:rsidRDefault="7B22C702" w:rsidP="7B22C702">
            <w:pPr>
              <w:rPr>
                <w:b/>
                <w:bCs/>
                <w:color w:val="C00000"/>
              </w:rPr>
            </w:pPr>
          </w:p>
        </w:tc>
        <w:tc>
          <w:tcPr>
            <w:tcW w:w="864" w:type="dxa"/>
          </w:tcPr>
          <w:p w14:paraId="222A1CE4" w14:textId="0E836A25" w:rsidR="7B22C702" w:rsidRDefault="7B22C702" w:rsidP="7B22C702">
            <w:pPr>
              <w:rPr>
                <w:b/>
                <w:bCs/>
                <w:color w:val="C00000"/>
              </w:rPr>
            </w:pPr>
          </w:p>
        </w:tc>
        <w:tc>
          <w:tcPr>
            <w:tcW w:w="864" w:type="dxa"/>
          </w:tcPr>
          <w:p w14:paraId="63B91BD5" w14:textId="0E836A25" w:rsidR="7B22C702" w:rsidRDefault="7B22C702" w:rsidP="7B22C702">
            <w:pPr>
              <w:rPr>
                <w:b/>
                <w:bCs/>
                <w:color w:val="C00000"/>
              </w:rPr>
            </w:pPr>
          </w:p>
        </w:tc>
        <w:tc>
          <w:tcPr>
            <w:tcW w:w="864" w:type="dxa"/>
          </w:tcPr>
          <w:p w14:paraId="0F3C21F7" w14:textId="0E836A25" w:rsidR="7B22C702" w:rsidRDefault="7B22C702" w:rsidP="7B22C702">
            <w:pPr>
              <w:rPr>
                <w:b/>
                <w:bCs/>
                <w:color w:val="C00000"/>
              </w:rPr>
            </w:pPr>
          </w:p>
        </w:tc>
        <w:tc>
          <w:tcPr>
            <w:tcW w:w="864" w:type="dxa"/>
          </w:tcPr>
          <w:p w14:paraId="654F4075" w14:textId="0E836A25" w:rsidR="7B22C702" w:rsidRDefault="7B22C702" w:rsidP="7B22C702">
            <w:pPr>
              <w:rPr>
                <w:b/>
                <w:bCs/>
                <w:color w:val="C00000"/>
              </w:rPr>
            </w:pPr>
          </w:p>
        </w:tc>
        <w:tc>
          <w:tcPr>
            <w:tcW w:w="864" w:type="dxa"/>
          </w:tcPr>
          <w:p w14:paraId="3CEB68C6" w14:textId="0E836A25" w:rsidR="7B22C702" w:rsidRDefault="7B22C702" w:rsidP="7B22C702">
            <w:pPr>
              <w:rPr>
                <w:b/>
                <w:bCs/>
                <w:color w:val="C00000"/>
              </w:rPr>
            </w:pPr>
          </w:p>
        </w:tc>
      </w:tr>
      <w:tr w:rsidR="7B22C702" w14:paraId="23496AB5" w14:textId="77777777" w:rsidTr="7B22C702">
        <w:trPr>
          <w:trHeight w:val="300"/>
        </w:trPr>
        <w:tc>
          <w:tcPr>
            <w:tcW w:w="864" w:type="dxa"/>
          </w:tcPr>
          <w:p w14:paraId="442624D7" w14:textId="0E836A25" w:rsidR="7B22C702" w:rsidRDefault="7B22C702" w:rsidP="7B22C702">
            <w:pPr>
              <w:rPr>
                <w:b/>
                <w:bCs/>
                <w:color w:val="C00000"/>
              </w:rPr>
            </w:pPr>
          </w:p>
        </w:tc>
        <w:tc>
          <w:tcPr>
            <w:tcW w:w="864" w:type="dxa"/>
          </w:tcPr>
          <w:p w14:paraId="6F120F2F" w14:textId="0E836A25" w:rsidR="7B22C702" w:rsidRDefault="7B22C702" w:rsidP="7B22C702">
            <w:pPr>
              <w:rPr>
                <w:b/>
                <w:bCs/>
                <w:color w:val="C00000"/>
              </w:rPr>
            </w:pPr>
          </w:p>
        </w:tc>
        <w:tc>
          <w:tcPr>
            <w:tcW w:w="864" w:type="dxa"/>
          </w:tcPr>
          <w:p w14:paraId="53CF75B2" w14:textId="0E836A25" w:rsidR="7B22C702" w:rsidRDefault="7B22C702" w:rsidP="7B22C702">
            <w:pPr>
              <w:rPr>
                <w:b/>
                <w:bCs/>
                <w:color w:val="C00000"/>
              </w:rPr>
            </w:pPr>
          </w:p>
        </w:tc>
        <w:tc>
          <w:tcPr>
            <w:tcW w:w="864" w:type="dxa"/>
          </w:tcPr>
          <w:p w14:paraId="63241305" w14:textId="0E836A25" w:rsidR="7B22C702" w:rsidRDefault="7B22C702" w:rsidP="7B22C702">
            <w:pPr>
              <w:rPr>
                <w:b/>
                <w:bCs/>
                <w:color w:val="C00000"/>
              </w:rPr>
            </w:pPr>
          </w:p>
        </w:tc>
        <w:tc>
          <w:tcPr>
            <w:tcW w:w="864" w:type="dxa"/>
          </w:tcPr>
          <w:p w14:paraId="26F61171" w14:textId="0E836A25" w:rsidR="7B22C702" w:rsidRDefault="7B22C702" w:rsidP="7B22C702">
            <w:pPr>
              <w:rPr>
                <w:b/>
                <w:bCs/>
                <w:color w:val="C00000"/>
              </w:rPr>
            </w:pPr>
          </w:p>
        </w:tc>
        <w:tc>
          <w:tcPr>
            <w:tcW w:w="864" w:type="dxa"/>
          </w:tcPr>
          <w:p w14:paraId="337D6D21" w14:textId="0E836A25" w:rsidR="7B22C702" w:rsidRDefault="7B22C702" w:rsidP="7B22C702">
            <w:pPr>
              <w:rPr>
                <w:b/>
                <w:bCs/>
                <w:color w:val="C00000"/>
              </w:rPr>
            </w:pPr>
          </w:p>
        </w:tc>
        <w:tc>
          <w:tcPr>
            <w:tcW w:w="864" w:type="dxa"/>
          </w:tcPr>
          <w:p w14:paraId="6A835A44" w14:textId="0E836A25" w:rsidR="7B22C702" w:rsidRDefault="7B22C702" w:rsidP="7B22C702">
            <w:pPr>
              <w:rPr>
                <w:b/>
                <w:bCs/>
                <w:color w:val="C00000"/>
              </w:rPr>
            </w:pPr>
          </w:p>
        </w:tc>
        <w:tc>
          <w:tcPr>
            <w:tcW w:w="864" w:type="dxa"/>
          </w:tcPr>
          <w:p w14:paraId="36233A06" w14:textId="0E836A25" w:rsidR="7B22C702" w:rsidRDefault="7B22C702" w:rsidP="7B22C702">
            <w:pPr>
              <w:rPr>
                <w:b/>
                <w:bCs/>
                <w:color w:val="C00000"/>
              </w:rPr>
            </w:pPr>
          </w:p>
        </w:tc>
        <w:tc>
          <w:tcPr>
            <w:tcW w:w="864" w:type="dxa"/>
          </w:tcPr>
          <w:p w14:paraId="7446BC96" w14:textId="0E836A25" w:rsidR="7B22C702" w:rsidRDefault="7B22C702" w:rsidP="7B22C702">
            <w:pPr>
              <w:rPr>
                <w:b/>
                <w:bCs/>
                <w:color w:val="C00000"/>
              </w:rPr>
            </w:pPr>
          </w:p>
        </w:tc>
        <w:tc>
          <w:tcPr>
            <w:tcW w:w="864" w:type="dxa"/>
          </w:tcPr>
          <w:p w14:paraId="725EA576" w14:textId="0E836A25" w:rsidR="7B22C702" w:rsidRDefault="7B22C702" w:rsidP="7B22C702">
            <w:pPr>
              <w:rPr>
                <w:b/>
                <w:bCs/>
                <w:color w:val="C00000"/>
              </w:rPr>
            </w:pPr>
          </w:p>
        </w:tc>
      </w:tr>
      <w:tr w:rsidR="7B22C702" w14:paraId="1FBD6DAA" w14:textId="77777777" w:rsidTr="7B22C702">
        <w:trPr>
          <w:trHeight w:val="300"/>
        </w:trPr>
        <w:tc>
          <w:tcPr>
            <w:tcW w:w="864" w:type="dxa"/>
          </w:tcPr>
          <w:p w14:paraId="7C696003" w14:textId="0E836A25" w:rsidR="7B22C702" w:rsidRDefault="7B22C702" w:rsidP="7B22C702">
            <w:pPr>
              <w:rPr>
                <w:b/>
                <w:bCs/>
                <w:color w:val="C00000"/>
              </w:rPr>
            </w:pPr>
          </w:p>
        </w:tc>
        <w:tc>
          <w:tcPr>
            <w:tcW w:w="864" w:type="dxa"/>
          </w:tcPr>
          <w:p w14:paraId="18E7AADE" w14:textId="0E836A25" w:rsidR="7B22C702" w:rsidRDefault="7B22C702" w:rsidP="7B22C702">
            <w:pPr>
              <w:rPr>
                <w:b/>
                <w:bCs/>
                <w:color w:val="C00000"/>
              </w:rPr>
            </w:pPr>
          </w:p>
        </w:tc>
        <w:tc>
          <w:tcPr>
            <w:tcW w:w="864" w:type="dxa"/>
          </w:tcPr>
          <w:p w14:paraId="25992015" w14:textId="0E836A25" w:rsidR="7B22C702" w:rsidRDefault="7B22C702" w:rsidP="7B22C702">
            <w:pPr>
              <w:rPr>
                <w:b/>
                <w:bCs/>
                <w:color w:val="C00000"/>
              </w:rPr>
            </w:pPr>
          </w:p>
        </w:tc>
        <w:tc>
          <w:tcPr>
            <w:tcW w:w="864" w:type="dxa"/>
          </w:tcPr>
          <w:p w14:paraId="1C4DF361" w14:textId="0E836A25" w:rsidR="7B22C702" w:rsidRDefault="7B22C702" w:rsidP="7B22C702">
            <w:pPr>
              <w:rPr>
                <w:b/>
                <w:bCs/>
                <w:color w:val="C00000"/>
              </w:rPr>
            </w:pPr>
          </w:p>
        </w:tc>
        <w:tc>
          <w:tcPr>
            <w:tcW w:w="864" w:type="dxa"/>
          </w:tcPr>
          <w:p w14:paraId="2E1F8B8F" w14:textId="0E836A25" w:rsidR="7B22C702" w:rsidRDefault="7B22C702" w:rsidP="7B22C702">
            <w:pPr>
              <w:rPr>
                <w:b/>
                <w:bCs/>
                <w:color w:val="C00000"/>
              </w:rPr>
            </w:pPr>
          </w:p>
        </w:tc>
        <w:tc>
          <w:tcPr>
            <w:tcW w:w="864" w:type="dxa"/>
          </w:tcPr>
          <w:p w14:paraId="24364003" w14:textId="0E836A25" w:rsidR="7B22C702" w:rsidRDefault="7B22C702" w:rsidP="7B22C702">
            <w:pPr>
              <w:rPr>
                <w:b/>
                <w:bCs/>
                <w:color w:val="C00000"/>
              </w:rPr>
            </w:pPr>
          </w:p>
        </w:tc>
        <w:tc>
          <w:tcPr>
            <w:tcW w:w="864" w:type="dxa"/>
          </w:tcPr>
          <w:p w14:paraId="32CA9477" w14:textId="0E836A25" w:rsidR="7B22C702" w:rsidRDefault="7B22C702" w:rsidP="7B22C702">
            <w:pPr>
              <w:rPr>
                <w:b/>
                <w:bCs/>
                <w:color w:val="C00000"/>
              </w:rPr>
            </w:pPr>
          </w:p>
        </w:tc>
        <w:tc>
          <w:tcPr>
            <w:tcW w:w="864" w:type="dxa"/>
          </w:tcPr>
          <w:p w14:paraId="42774868" w14:textId="0E836A25" w:rsidR="7B22C702" w:rsidRDefault="7B22C702" w:rsidP="7B22C702">
            <w:pPr>
              <w:rPr>
                <w:b/>
                <w:bCs/>
                <w:color w:val="C00000"/>
              </w:rPr>
            </w:pPr>
          </w:p>
        </w:tc>
        <w:tc>
          <w:tcPr>
            <w:tcW w:w="864" w:type="dxa"/>
          </w:tcPr>
          <w:p w14:paraId="4A822E76" w14:textId="0E836A25" w:rsidR="7B22C702" w:rsidRDefault="7B22C702" w:rsidP="7B22C702">
            <w:pPr>
              <w:rPr>
                <w:b/>
                <w:bCs/>
                <w:color w:val="C00000"/>
              </w:rPr>
            </w:pPr>
          </w:p>
        </w:tc>
        <w:tc>
          <w:tcPr>
            <w:tcW w:w="864" w:type="dxa"/>
          </w:tcPr>
          <w:p w14:paraId="4537047A" w14:textId="0E836A25" w:rsidR="7B22C702" w:rsidRDefault="7B22C702" w:rsidP="7B22C702">
            <w:pPr>
              <w:rPr>
                <w:b/>
                <w:bCs/>
                <w:color w:val="C00000"/>
              </w:rPr>
            </w:pPr>
          </w:p>
        </w:tc>
      </w:tr>
      <w:tr w:rsidR="7B22C702" w14:paraId="21C3BD35" w14:textId="77777777" w:rsidTr="7B22C702">
        <w:trPr>
          <w:trHeight w:val="300"/>
        </w:trPr>
        <w:tc>
          <w:tcPr>
            <w:tcW w:w="864" w:type="dxa"/>
          </w:tcPr>
          <w:p w14:paraId="5CD213CD" w14:textId="0E836A25" w:rsidR="7B22C702" w:rsidRDefault="7B22C702" w:rsidP="7B22C702">
            <w:pPr>
              <w:rPr>
                <w:b/>
                <w:bCs/>
                <w:color w:val="C00000"/>
              </w:rPr>
            </w:pPr>
          </w:p>
        </w:tc>
        <w:tc>
          <w:tcPr>
            <w:tcW w:w="864" w:type="dxa"/>
          </w:tcPr>
          <w:p w14:paraId="4B57B387" w14:textId="0E836A25" w:rsidR="7B22C702" w:rsidRDefault="7B22C702" w:rsidP="7B22C702">
            <w:pPr>
              <w:rPr>
                <w:b/>
                <w:bCs/>
                <w:color w:val="C00000"/>
              </w:rPr>
            </w:pPr>
          </w:p>
        </w:tc>
        <w:tc>
          <w:tcPr>
            <w:tcW w:w="864" w:type="dxa"/>
          </w:tcPr>
          <w:p w14:paraId="4E080F33" w14:textId="0E836A25" w:rsidR="7B22C702" w:rsidRDefault="7B22C702" w:rsidP="7B22C702">
            <w:pPr>
              <w:rPr>
                <w:b/>
                <w:bCs/>
                <w:color w:val="C00000"/>
              </w:rPr>
            </w:pPr>
          </w:p>
        </w:tc>
        <w:tc>
          <w:tcPr>
            <w:tcW w:w="864" w:type="dxa"/>
          </w:tcPr>
          <w:p w14:paraId="7B3F7782" w14:textId="0E836A25" w:rsidR="7B22C702" w:rsidRDefault="7B22C702" w:rsidP="7B22C702">
            <w:pPr>
              <w:rPr>
                <w:b/>
                <w:bCs/>
                <w:color w:val="C00000"/>
              </w:rPr>
            </w:pPr>
          </w:p>
        </w:tc>
        <w:tc>
          <w:tcPr>
            <w:tcW w:w="864" w:type="dxa"/>
          </w:tcPr>
          <w:p w14:paraId="0358228E" w14:textId="0E836A25" w:rsidR="7B22C702" w:rsidRDefault="7B22C702" w:rsidP="7B22C702">
            <w:pPr>
              <w:rPr>
                <w:b/>
                <w:bCs/>
                <w:color w:val="C00000"/>
              </w:rPr>
            </w:pPr>
          </w:p>
        </w:tc>
        <w:tc>
          <w:tcPr>
            <w:tcW w:w="864" w:type="dxa"/>
          </w:tcPr>
          <w:p w14:paraId="28ADA9C1" w14:textId="0E836A25" w:rsidR="7B22C702" w:rsidRDefault="7B22C702" w:rsidP="7B22C702">
            <w:pPr>
              <w:rPr>
                <w:b/>
                <w:bCs/>
                <w:color w:val="C00000"/>
              </w:rPr>
            </w:pPr>
          </w:p>
        </w:tc>
        <w:tc>
          <w:tcPr>
            <w:tcW w:w="864" w:type="dxa"/>
          </w:tcPr>
          <w:p w14:paraId="6AAA9796" w14:textId="0E836A25" w:rsidR="7B22C702" w:rsidRDefault="7B22C702" w:rsidP="7B22C702">
            <w:pPr>
              <w:rPr>
                <w:b/>
                <w:bCs/>
                <w:color w:val="C00000"/>
              </w:rPr>
            </w:pPr>
          </w:p>
        </w:tc>
        <w:tc>
          <w:tcPr>
            <w:tcW w:w="864" w:type="dxa"/>
          </w:tcPr>
          <w:p w14:paraId="0962E18B" w14:textId="0E836A25" w:rsidR="7B22C702" w:rsidRDefault="7B22C702" w:rsidP="7B22C702">
            <w:pPr>
              <w:rPr>
                <w:b/>
                <w:bCs/>
                <w:color w:val="C00000"/>
              </w:rPr>
            </w:pPr>
          </w:p>
        </w:tc>
        <w:tc>
          <w:tcPr>
            <w:tcW w:w="864" w:type="dxa"/>
          </w:tcPr>
          <w:p w14:paraId="3CF058C3" w14:textId="0E836A25" w:rsidR="7B22C702" w:rsidRDefault="7B22C702" w:rsidP="7B22C702">
            <w:pPr>
              <w:rPr>
                <w:b/>
                <w:bCs/>
                <w:color w:val="C00000"/>
              </w:rPr>
            </w:pPr>
          </w:p>
        </w:tc>
        <w:tc>
          <w:tcPr>
            <w:tcW w:w="864" w:type="dxa"/>
          </w:tcPr>
          <w:p w14:paraId="7EA64C9D" w14:textId="0E836A25" w:rsidR="7B22C702" w:rsidRDefault="7B22C702" w:rsidP="7B22C702">
            <w:pPr>
              <w:rPr>
                <w:b/>
                <w:bCs/>
                <w:color w:val="C00000"/>
              </w:rPr>
            </w:pPr>
          </w:p>
        </w:tc>
      </w:tr>
      <w:tr w:rsidR="7B22C702" w14:paraId="28C4FB0B" w14:textId="77777777" w:rsidTr="7B22C702">
        <w:trPr>
          <w:trHeight w:val="300"/>
        </w:trPr>
        <w:tc>
          <w:tcPr>
            <w:tcW w:w="864" w:type="dxa"/>
          </w:tcPr>
          <w:p w14:paraId="6A89386A" w14:textId="656F2DC6" w:rsidR="7B22C702" w:rsidRDefault="7B22C702" w:rsidP="7B22C702">
            <w:pPr>
              <w:rPr>
                <w:b/>
                <w:bCs/>
                <w:color w:val="C00000"/>
              </w:rPr>
            </w:pPr>
          </w:p>
        </w:tc>
        <w:tc>
          <w:tcPr>
            <w:tcW w:w="864" w:type="dxa"/>
          </w:tcPr>
          <w:p w14:paraId="30D831A5" w14:textId="48FBC143" w:rsidR="7B22C702" w:rsidRDefault="7B22C702" w:rsidP="7B22C702">
            <w:pPr>
              <w:rPr>
                <w:b/>
                <w:bCs/>
                <w:color w:val="C00000"/>
              </w:rPr>
            </w:pPr>
          </w:p>
        </w:tc>
        <w:tc>
          <w:tcPr>
            <w:tcW w:w="864" w:type="dxa"/>
          </w:tcPr>
          <w:p w14:paraId="63C80886" w14:textId="6CD2ADCB" w:rsidR="7B22C702" w:rsidRDefault="7B22C702" w:rsidP="7B22C702">
            <w:pPr>
              <w:rPr>
                <w:b/>
                <w:bCs/>
                <w:color w:val="C00000"/>
              </w:rPr>
            </w:pPr>
          </w:p>
        </w:tc>
        <w:tc>
          <w:tcPr>
            <w:tcW w:w="864" w:type="dxa"/>
          </w:tcPr>
          <w:p w14:paraId="113DF07B" w14:textId="7A71B980" w:rsidR="7B22C702" w:rsidRDefault="7B22C702" w:rsidP="7B22C702">
            <w:pPr>
              <w:rPr>
                <w:b/>
                <w:bCs/>
                <w:color w:val="C00000"/>
              </w:rPr>
            </w:pPr>
          </w:p>
        </w:tc>
        <w:tc>
          <w:tcPr>
            <w:tcW w:w="864" w:type="dxa"/>
          </w:tcPr>
          <w:p w14:paraId="73B89111" w14:textId="60DB1D85" w:rsidR="7B22C702" w:rsidRDefault="7B22C702" w:rsidP="7B22C702">
            <w:pPr>
              <w:rPr>
                <w:b/>
                <w:bCs/>
                <w:color w:val="C00000"/>
              </w:rPr>
            </w:pPr>
          </w:p>
        </w:tc>
        <w:tc>
          <w:tcPr>
            <w:tcW w:w="864" w:type="dxa"/>
          </w:tcPr>
          <w:p w14:paraId="3AF80088" w14:textId="5826D1F5" w:rsidR="7B22C702" w:rsidRDefault="7B22C702" w:rsidP="7B22C702">
            <w:pPr>
              <w:rPr>
                <w:b/>
                <w:bCs/>
                <w:color w:val="C00000"/>
              </w:rPr>
            </w:pPr>
          </w:p>
        </w:tc>
        <w:tc>
          <w:tcPr>
            <w:tcW w:w="864" w:type="dxa"/>
          </w:tcPr>
          <w:p w14:paraId="18B5A12C" w14:textId="328788B8" w:rsidR="7B22C702" w:rsidRDefault="7B22C702" w:rsidP="7B22C702">
            <w:pPr>
              <w:rPr>
                <w:b/>
                <w:bCs/>
                <w:color w:val="C00000"/>
              </w:rPr>
            </w:pPr>
          </w:p>
        </w:tc>
        <w:tc>
          <w:tcPr>
            <w:tcW w:w="864" w:type="dxa"/>
          </w:tcPr>
          <w:p w14:paraId="6663EE58" w14:textId="13140490" w:rsidR="7B22C702" w:rsidRDefault="7B22C702" w:rsidP="7B22C702">
            <w:pPr>
              <w:rPr>
                <w:b/>
                <w:bCs/>
                <w:color w:val="C00000"/>
              </w:rPr>
            </w:pPr>
          </w:p>
        </w:tc>
        <w:tc>
          <w:tcPr>
            <w:tcW w:w="864" w:type="dxa"/>
          </w:tcPr>
          <w:p w14:paraId="30B39502" w14:textId="70308BF4" w:rsidR="7B22C702" w:rsidRDefault="7B22C702" w:rsidP="7B22C702">
            <w:pPr>
              <w:rPr>
                <w:b/>
                <w:bCs/>
                <w:color w:val="C00000"/>
              </w:rPr>
            </w:pPr>
          </w:p>
        </w:tc>
        <w:tc>
          <w:tcPr>
            <w:tcW w:w="864" w:type="dxa"/>
          </w:tcPr>
          <w:p w14:paraId="6DE7C657" w14:textId="76228581" w:rsidR="7B22C702" w:rsidRDefault="7B22C702" w:rsidP="7B22C702">
            <w:pPr>
              <w:rPr>
                <w:b/>
                <w:bCs/>
                <w:color w:val="C00000"/>
              </w:rPr>
            </w:pPr>
          </w:p>
        </w:tc>
      </w:tr>
      <w:tr w:rsidR="7B22C702" w14:paraId="03EEAD22" w14:textId="77777777" w:rsidTr="7B22C702">
        <w:trPr>
          <w:trHeight w:val="300"/>
        </w:trPr>
        <w:tc>
          <w:tcPr>
            <w:tcW w:w="864" w:type="dxa"/>
          </w:tcPr>
          <w:p w14:paraId="06E2823D" w14:textId="6BAE074D" w:rsidR="7B22C702" w:rsidRDefault="7B22C702" w:rsidP="7B22C702">
            <w:pPr>
              <w:rPr>
                <w:b/>
                <w:bCs/>
                <w:color w:val="C00000"/>
              </w:rPr>
            </w:pPr>
          </w:p>
        </w:tc>
        <w:tc>
          <w:tcPr>
            <w:tcW w:w="864" w:type="dxa"/>
          </w:tcPr>
          <w:p w14:paraId="72FF200A" w14:textId="5A5CC8ED" w:rsidR="7B22C702" w:rsidRDefault="7B22C702" w:rsidP="7B22C702">
            <w:pPr>
              <w:rPr>
                <w:b/>
                <w:bCs/>
                <w:color w:val="C00000"/>
              </w:rPr>
            </w:pPr>
          </w:p>
        </w:tc>
        <w:tc>
          <w:tcPr>
            <w:tcW w:w="864" w:type="dxa"/>
          </w:tcPr>
          <w:p w14:paraId="35B80B96" w14:textId="79A2890C" w:rsidR="7B22C702" w:rsidRDefault="7B22C702" w:rsidP="7B22C702">
            <w:pPr>
              <w:rPr>
                <w:b/>
                <w:bCs/>
                <w:color w:val="C00000"/>
              </w:rPr>
            </w:pPr>
          </w:p>
        </w:tc>
        <w:tc>
          <w:tcPr>
            <w:tcW w:w="864" w:type="dxa"/>
          </w:tcPr>
          <w:p w14:paraId="5DA96FE0" w14:textId="4D480D96" w:rsidR="7B22C702" w:rsidRDefault="7B22C702" w:rsidP="7B22C702">
            <w:pPr>
              <w:rPr>
                <w:b/>
                <w:bCs/>
                <w:color w:val="C00000"/>
              </w:rPr>
            </w:pPr>
          </w:p>
        </w:tc>
        <w:tc>
          <w:tcPr>
            <w:tcW w:w="864" w:type="dxa"/>
          </w:tcPr>
          <w:p w14:paraId="2DD7D715" w14:textId="79B3FECD" w:rsidR="7B22C702" w:rsidRDefault="7B22C702" w:rsidP="7B22C702">
            <w:pPr>
              <w:rPr>
                <w:b/>
                <w:bCs/>
                <w:color w:val="C00000"/>
              </w:rPr>
            </w:pPr>
          </w:p>
        </w:tc>
        <w:tc>
          <w:tcPr>
            <w:tcW w:w="864" w:type="dxa"/>
          </w:tcPr>
          <w:p w14:paraId="6B1318A5" w14:textId="5ECFB2FF" w:rsidR="7B22C702" w:rsidRDefault="7B22C702" w:rsidP="7B22C702">
            <w:pPr>
              <w:rPr>
                <w:b/>
                <w:bCs/>
                <w:color w:val="C00000"/>
              </w:rPr>
            </w:pPr>
          </w:p>
        </w:tc>
        <w:tc>
          <w:tcPr>
            <w:tcW w:w="864" w:type="dxa"/>
          </w:tcPr>
          <w:p w14:paraId="32289FD3" w14:textId="5E632FC3" w:rsidR="7B22C702" w:rsidRDefault="7B22C702" w:rsidP="7B22C702">
            <w:pPr>
              <w:rPr>
                <w:b/>
                <w:bCs/>
                <w:color w:val="C00000"/>
              </w:rPr>
            </w:pPr>
          </w:p>
        </w:tc>
        <w:tc>
          <w:tcPr>
            <w:tcW w:w="864" w:type="dxa"/>
          </w:tcPr>
          <w:p w14:paraId="71CA53B1" w14:textId="4133A78F" w:rsidR="7B22C702" w:rsidRDefault="7B22C702" w:rsidP="7B22C702">
            <w:pPr>
              <w:rPr>
                <w:b/>
                <w:bCs/>
                <w:color w:val="C00000"/>
              </w:rPr>
            </w:pPr>
          </w:p>
        </w:tc>
        <w:tc>
          <w:tcPr>
            <w:tcW w:w="864" w:type="dxa"/>
          </w:tcPr>
          <w:p w14:paraId="2442ABBE" w14:textId="1C978696" w:rsidR="7B22C702" w:rsidRDefault="7B22C702" w:rsidP="7B22C702">
            <w:pPr>
              <w:rPr>
                <w:b/>
                <w:bCs/>
                <w:color w:val="C00000"/>
              </w:rPr>
            </w:pPr>
          </w:p>
        </w:tc>
        <w:tc>
          <w:tcPr>
            <w:tcW w:w="864" w:type="dxa"/>
          </w:tcPr>
          <w:p w14:paraId="1057156C" w14:textId="3A1F338B" w:rsidR="7B22C702" w:rsidRDefault="7B22C702" w:rsidP="7B22C702">
            <w:pPr>
              <w:rPr>
                <w:b/>
                <w:bCs/>
                <w:color w:val="C00000"/>
              </w:rPr>
            </w:pPr>
          </w:p>
        </w:tc>
      </w:tr>
      <w:tr w:rsidR="7B22C702" w14:paraId="2CDDDD0F" w14:textId="77777777" w:rsidTr="7B22C702">
        <w:trPr>
          <w:trHeight w:val="300"/>
        </w:trPr>
        <w:tc>
          <w:tcPr>
            <w:tcW w:w="864" w:type="dxa"/>
          </w:tcPr>
          <w:p w14:paraId="3FDDB868" w14:textId="4027A7A6" w:rsidR="7B22C702" w:rsidRDefault="7B22C702" w:rsidP="7B22C702">
            <w:pPr>
              <w:rPr>
                <w:b/>
                <w:bCs/>
                <w:color w:val="C00000"/>
              </w:rPr>
            </w:pPr>
          </w:p>
        </w:tc>
        <w:tc>
          <w:tcPr>
            <w:tcW w:w="864" w:type="dxa"/>
          </w:tcPr>
          <w:p w14:paraId="20648B4E" w14:textId="64801277" w:rsidR="7B22C702" w:rsidRDefault="7B22C702" w:rsidP="7B22C702">
            <w:pPr>
              <w:rPr>
                <w:b/>
                <w:bCs/>
                <w:color w:val="C00000"/>
              </w:rPr>
            </w:pPr>
          </w:p>
        </w:tc>
        <w:tc>
          <w:tcPr>
            <w:tcW w:w="864" w:type="dxa"/>
          </w:tcPr>
          <w:p w14:paraId="42186302" w14:textId="25783B14" w:rsidR="7B22C702" w:rsidRDefault="7B22C702" w:rsidP="7B22C702">
            <w:pPr>
              <w:rPr>
                <w:b/>
                <w:bCs/>
                <w:color w:val="C00000"/>
              </w:rPr>
            </w:pPr>
          </w:p>
        </w:tc>
        <w:tc>
          <w:tcPr>
            <w:tcW w:w="864" w:type="dxa"/>
          </w:tcPr>
          <w:p w14:paraId="2CE0F75E" w14:textId="5B05D259" w:rsidR="7B22C702" w:rsidRDefault="7B22C702" w:rsidP="7B22C702">
            <w:pPr>
              <w:rPr>
                <w:b/>
                <w:bCs/>
                <w:color w:val="C00000"/>
              </w:rPr>
            </w:pPr>
          </w:p>
        </w:tc>
        <w:tc>
          <w:tcPr>
            <w:tcW w:w="864" w:type="dxa"/>
          </w:tcPr>
          <w:p w14:paraId="7486F382" w14:textId="7DB823A6" w:rsidR="7B22C702" w:rsidRDefault="7B22C702" w:rsidP="7B22C702">
            <w:pPr>
              <w:rPr>
                <w:b/>
                <w:bCs/>
                <w:color w:val="C00000"/>
              </w:rPr>
            </w:pPr>
          </w:p>
        </w:tc>
        <w:tc>
          <w:tcPr>
            <w:tcW w:w="864" w:type="dxa"/>
          </w:tcPr>
          <w:p w14:paraId="3FAFCFA4" w14:textId="035C539F" w:rsidR="7B22C702" w:rsidRDefault="7B22C702" w:rsidP="7B22C702">
            <w:pPr>
              <w:rPr>
                <w:b/>
                <w:bCs/>
                <w:color w:val="C00000"/>
              </w:rPr>
            </w:pPr>
          </w:p>
        </w:tc>
        <w:tc>
          <w:tcPr>
            <w:tcW w:w="864" w:type="dxa"/>
          </w:tcPr>
          <w:p w14:paraId="5E8964B2" w14:textId="3DDD4210" w:rsidR="7B22C702" w:rsidRDefault="7B22C702" w:rsidP="7B22C702">
            <w:pPr>
              <w:rPr>
                <w:b/>
                <w:bCs/>
                <w:color w:val="C00000"/>
              </w:rPr>
            </w:pPr>
          </w:p>
        </w:tc>
        <w:tc>
          <w:tcPr>
            <w:tcW w:w="864" w:type="dxa"/>
          </w:tcPr>
          <w:p w14:paraId="7BADC097" w14:textId="537E868B" w:rsidR="7B22C702" w:rsidRDefault="7B22C702" w:rsidP="7B22C702">
            <w:pPr>
              <w:rPr>
                <w:b/>
                <w:bCs/>
                <w:color w:val="C00000"/>
              </w:rPr>
            </w:pPr>
          </w:p>
        </w:tc>
        <w:tc>
          <w:tcPr>
            <w:tcW w:w="864" w:type="dxa"/>
          </w:tcPr>
          <w:p w14:paraId="1522456A" w14:textId="7489C829" w:rsidR="7B22C702" w:rsidRDefault="7B22C702" w:rsidP="7B22C702">
            <w:pPr>
              <w:rPr>
                <w:b/>
                <w:bCs/>
                <w:color w:val="C00000"/>
              </w:rPr>
            </w:pPr>
          </w:p>
        </w:tc>
        <w:tc>
          <w:tcPr>
            <w:tcW w:w="864" w:type="dxa"/>
          </w:tcPr>
          <w:p w14:paraId="07BF4293" w14:textId="14A27A54" w:rsidR="7B22C702" w:rsidRDefault="7B22C702" w:rsidP="7B22C702">
            <w:pPr>
              <w:rPr>
                <w:b/>
                <w:bCs/>
                <w:color w:val="C00000"/>
              </w:rPr>
            </w:pPr>
          </w:p>
        </w:tc>
      </w:tr>
    </w:tbl>
    <w:p w14:paraId="1ED65122" w14:textId="655297DE" w:rsidR="7B22C702" w:rsidRDefault="7B22C702" w:rsidP="7B22C702"/>
    <w:p w14:paraId="44B41EF6" w14:textId="0C62A71E" w:rsidR="39D20055" w:rsidRDefault="39D20055" w:rsidP="7B22C702">
      <w:pPr>
        <w:pStyle w:val="Heading2"/>
      </w:pPr>
      <w:r>
        <w:t>Employment gaps</w:t>
      </w:r>
    </w:p>
    <w:p w14:paraId="2B76F88F" w14:textId="74C3522E" w:rsidR="39D20055" w:rsidRDefault="39D20055" w:rsidP="7B22C702">
      <w:r>
        <w:t>Do you have any gaps in your employment history, of more than 4 weeks duration, prior to three years before the advertised programme start date for this post?</w:t>
      </w:r>
    </w:p>
    <w:p w14:paraId="6157074E" w14:textId="65F0DF5C" w:rsidR="328955E9" w:rsidRDefault="328955E9" w:rsidP="7B22C702">
      <w:r>
        <w:t>Yes</w:t>
      </w:r>
      <w:r w:rsidR="7FB4E807">
        <w:t>________________________________</w:t>
      </w:r>
    </w:p>
    <w:p w14:paraId="2C768C89" w14:textId="67C21322" w:rsidR="328955E9" w:rsidRDefault="328955E9" w:rsidP="7B22C702">
      <w:r>
        <w:t>No</w:t>
      </w:r>
      <w:r w:rsidR="3112A761">
        <w:t xml:space="preserve"> ________________________________</w:t>
      </w:r>
    </w:p>
    <w:p w14:paraId="5C556B95" w14:textId="7FCB6A62" w:rsidR="00577D4C" w:rsidRDefault="00577D4C" w:rsidP="7B22C702">
      <w:pPr>
        <w:pStyle w:val="Heading1"/>
      </w:pPr>
    </w:p>
    <w:p w14:paraId="1573F51C" w14:textId="54C13683" w:rsidR="00577D4C" w:rsidRDefault="0080006E" w:rsidP="42B6451E">
      <w:r>
        <w:br w:type="page"/>
      </w:r>
    </w:p>
    <w:p w14:paraId="76E4012E" w14:textId="29E8915C" w:rsidR="00577D4C" w:rsidRDefault="51F824CA" w:rsidP="7B22C702">
      <w:pPr>
        <w:pStyle w:val="Heading1"/>
      </w:pPr>
      <w:r>
        <w:lastRenderedPageBreak/>
        <w:t>Part 2 – Training History / Previous Training Details</w:t>
      </w:r>
    </w:p>
    <w:p w14:paraId="3942C219" w14:textId="6B56AADC" w:rsidR="00577D4C" w:rsidRDefault="0049AD25" w:rsidP="7B22C702">
      <w:pPr>
        <w:pStyle w:val="Heading2"/>
      </w:pPr>
      <w:r>
        <w:t>Training history / Previous training details</w:t>
      </w:r>
    </w:p>
    <w:p w14:paraId="240E3A6C" w14:textId="2290CC17" w:rsidR="00577D4C" w:rsidRDefault="51F824CA">
      <w:r>
        <w:t>Level to which you are applying: ________________________________</w:t>
      </w:r>
    </w:p>
    <w:p w14:paraId="772930C9" w14:textId="77777777" w:rsidR="00CB745B" w:rsidRDefault="00CB745B">
      <w:r w:rsidRPr="00CB745B">
        <w:t>If multiple levels are available to select, please choose the highest to which you can demonstrate eligibility.</w:t>
      </w:r>
    </w:p>
    <w:p w14:paraId="296DC074" w14:textId="77777777" w:rsidR="00CB745B" w:rsidRDefault="00CB745B"/>
    <w:p w14:paraId="3E2F6821" w14:textId="224CF6B1" w:rsidR="00CB745B" w:rsidRPr="00CB745B" w:rsidRDefault="00CB745B">
      <w:pPr>
        <w:rPr>
          <w:b/>
          <w:bCs/>
        </w:rPr>
      </w:pPr>
      <w:r w:rsidRPr="00CB745B">
        <w:rPr>
          <w:b/>
          <w:bCs/>
        </w:rPr>
        <w:t>This training post/programme is not normally available to any doctor who has previously relinquished or been released/removed from a training programme</w:t>
      </w:r>
    </w:p>
    <w:p w14:paraId="50E40CB0" w14:textId="3A9EBF99" w:rsidR="00577D4C" w:rsidRDefault="51F824CA">
      <w:r>
        <w:t>Have you previously relinquished or been released from a UK training programme?:________________________________</w:t>
      </w:r>
    </w:p>
    <w:p w14:paraId="35164732" w14:textId="01ABE04E" w:rsidR="00CB745B" w:rsidRDefault="00CB745B" w:rsidP="00CB745B">
      <w:r>
        <w:t>If yes, please upload the Support for Reapplication to a Specialty Training Programme form.</w:t>
      </w:r>
    </w:p>
    <w:p w14:paraId="0E6CE5EE" w14:textId="0EA8ED7F" w:rsidR="00CB745B" w:rsidRDefault="00CB745B" w:rsidP="00CB745B">
      <w:r>
        <w:t>The form can be found on the specialty training website.</w:t>
      </w:r>
    </w:p>
    <w:p w14:paraId="32876135" w14:textId="77777777" w:rsidR="00CB745B" w:rsidRDefault="00CB745B" w:rsidP="00CB745B">
      <w:r>
        <w:t>Please note: If you are currently in a training programme, it is assumed you have had support to reapply previously and do not need to confirm this again.</w:t>
      </w:r>
    </w:p>
    <w:p w14:paraId="66C1EC16" w14:textId="77777777" w:rsidR="00CB745B" w:rsidRDefault="00CB745B" w:rsidP="00CB745B"/>
    <w:p w14:paraId="57C79267" w14:textId="6FF7CD4C" w:rsidR="00577D4C" w:rsidRDefault="00CB745B" w:rsidP="00CB745B">
      <w:r w:rsidRPr="00CB745B">
        <w:t>Do you currently hold a National Training Number (NTN) or Deanery Reference Number (DRN) in the specialty to which you are applying and are you applying to continue your training in another area/region?</w:t>
      </w:r>
      <w:r w:rsidR="104B621D">
        <w:t>:</w:t>
      </w:r>
      <w:r w:rsidR="51F824CA">
        <w:t xml:space="preserve"> ________________________________</w:t>
      </w:r>
    </w:p>
    <w:p w14:paraId="727FB5BE" w14:textId="77777777" w:rsidR="00CB745B" w:rsidRPr="00CB745B" w:rsidRDefault="00CB745B" w:rsidP="00CB745B">
      <w:pPr>
        <w:rPr>
          <w:lang w:val="en-GB"/>
        </w:rPr>
      </w:pPr>
      <w:r w:rsidRPr="00CB745B">
        <w:rPr>
          <w:lang w:val="en-GB"/>
        </w:rPr>
        <w:t>If yes, please upload the Support for Application to another area/region form.</w:t>
      </w:r>
    </w:p>
    <w:p w14:paraId="286C2E77" w14:textId="77777777" w:rsidR="00CB745B" w:rsidRPr="00CB745B" w:rsidRDefault="00CB745B" w:rsidP="00CB745B">
      <w:pPr>
        <w:rPr>
          <w:lang w:val="en-GB"/>
        </w:rPr>
      </w:pPr>
      <w:r w:rsidRPr="00CB745B">
        <w:rPr>
          <w:lang w:val="en-GB"/>
        </w:rPr>
        <w:t>The form can be found on the </w:t>
      </w:r>
      <w:hyperlink r:id="rId11" w:tgtFrame="_blank" w:history="1">
        <w:r w:rsidRPr="00CB745B">
          <w:rPr>
            <w:rStyle w:val="Hyperlink"/>
            <w:lang w:val="en-GB"/>
          </w:rPr>
          <w:t>specialty training website</w:t>
        </w:r>
      </w:hyperlink>
      <w:r w:rsidRPr="00CB745B">
        <w:rPr>
          <w:lang w:val="en-GB"/>
        </w:rPr>
        <w:t>.</w:t>
      </w:r>
    </w:p>
    <w:p w14:paraId="568B2358" w14:textId="77777777" w:rsidR="00CB745B" w:rsidRPr="00CB745B" w:rsidRDefault="00CB745B" w:rsidP="00CB745B">
      <w:pPr>
        <w:rPr>
          <w:lang w:val="en-GB"/>
        </w:rPr>
      </w:pPr>
      <w:r w:rsidRPr="00CB745B">
        <w:rPr>
          <w:lang w:val="en-GB"/>
        </w:rPr>
        <w:t>If yes, please upload the Support for Application to another area/region form.</w:t>
      </w:r>
    </w:p>
    <w:p w14:paraId="32D7DBC8" w14:textId="77777777" w:rsidR="00CB745B" w:rsidRDefault="00CB745B" w:rsidP="00CB745B">
      <w:pPr>
        <w:rPr>
          <w:lang w:val="en-GB"/>
        </w:rPr>
      </w:pPr>
      <w:r w:rsidRPr="00CB745B">
        <w:rPr>
          <w:lang w:val="en-GB"/>
        </w:rPr>
        <w:t>The form can be found on the </w:t>
      </w:r>
      <w:hyperlink r:id="rId12" w:tgtFrame="_blank" w:history="1">
        <w:r w:rsidRPr="00CB745B">
          <w:rPr>
            <w:rStyle w:val="Hyperlink"/>
            <w:lang w:val="en-GB"/>
          </w:rPr>
          <w:t>specialty training website</w:t>
        </w:r>
      </w:hyperlink>
      <w:r w:rsidRPr="00CB745B">
        <w:rPr>
          <w:lang w:val="en-GB"/>
        </w:rPr>
        <w:t>.</w:t>
      </w:r>
    </w:p>
    <w:p w14:paraId="36AF3360" w14:textId="77777777" w:rsidR="00CB745B" w:rsidRPr="00CB745B" w:rsidRDefault="00CB745B" w:rsidP="00CB745B">
      <w:pPr>
        <w:rPr>
          <w:lang w:val="en-GB"/>
        </w:rPr>
      </w:pPr>
    </w:p>
    <w:p w14:paraId="5775EE6A" w14:textId="609DB20C" w:rsidR="00CB745B" w:rsidRDefault="00CB745B" w:rsidP="00CB745B">
      <w:pPr>
        <w:pStyle w:val="Heading2"/>
      </w:pPr>
      <w:r>
        <w:t>Personal Details</w:t>
      </w:r>
    </w:p>
    <w:p w14:paraId="2A5433DF" w14:textId="34E97E31" w:rsidR="00CB745B" w:rsidRPr="00CB745B" w:rsidRDefault="00CB745B" w:rsidP="00CB745B">
      <w:pPr>
        <w:rPr>
          <w:lang w:val="en-GB"/>
        </w:rPr>
      </w:pPr>
      <w:r w:rsidRPr="00CB745B">
        <w:rPr>
          <w:lang w:val="en-GB"/>
        </w:rPr>
        <w:t>Do you currently hold a National Training Number (NTN) or Deanery Reference Number (DRN)?</w:t>
      </w:r>
      <w:r>
        <w:rPr>
          <w:lang w:val="en-GB"/>
        </w:rPr>
        <w:t>: YES / NO</w:t>
      </w:r>
    </w:p>
    <w:p w14:paraId="7B56B7EB" w14:textId="77777777" w:rsidR="00CB745B" w:rsidRPr="00CB745B" w:rsidRDefault="00CB745B" w:rsidP="00CB745B">
      <w:pPr>
        <w:rPr>
          <w:lang w:val="en-GB"/>
        </w:rPr>
      </w:pPr>
      <w:r w:rsidRPr="00CB745B">
        <w:rPr>
          <w:lang w:val="en-GB"/>
        </w:rPr>
        <w:t>All trainees in core (with the exception of dental core), higher, specialty or locum appointment for training posts will hold either an NTN or DRN.</w:t>
      </w:r>
    </w:p>
    <w:p w14:paraId="48DA9E45" w14:textId="77777777" w:rsidR="00CB745B" w:rsidRPr="00CB745B" w:rsidRDefault="00CB745B" w:rsidP="00CB745B">
      <w:pPr>
        <w:rPr>
          <w:lang w:val="en-GB"/>
        </w:rPr>
      </w:pPr>
      <w:r w:rsidRPr="00CB745B">
        <w:rPr>
          <w:lang w:val="en-GB"/>
        </w:rPr>
        <w:t>If you are on an Out of Programme (OOP), you will still hold an NTN or DRN. </w:t>
      </w:r>
    </w:p>
    <w:p w14:paraId="67D67463" w14:textId="77777777" w:rsidR="00CB745B" w:rsidRDefault="00CB745B" w:rsidP="00CB745B"/>
    <w:p w14:paraId="6168913F" w14:textId="07B3968A" w:rsidR="00CB745B" w:rsidRDefault="00CB745B">
      <w:r w:rsidRPr="00CB745B">
        <w:lastRenderedPageBreak/>
        <w:t>If yes, which specialty and area/region?</w:t>
      </w:r>
    </w:p>
    <w:p w14:paraId="1E486AC9" w14:textId="7C9B0054" w:rsidR="00577D4C" w:rsidRDefault="0080006E">
      <w:r>
        <w:t>Specialty: ________________________________</w:t>
      </w:r>
    </w:p>
    <w:p w14:paraId="5B35740A" w14:textId="0C7EE7B1" w:rsidR="00577D4C" w:rsidRDefault="0080006E">
      <w:r>
        <w:t>Area</w:t>
      </w:r>
      <w:r w:rsidR="00CB745B">
        <w:t xml:space="preserve"> / Region</w:t>
      </w:r>
      <w:r>
        <w:t>: ________________________________</w:t>
      </w:r>
    </w:p>
    <w:p w14:paraId="32BD0D81" w14:textId="379D105D" w:rsidR="51F824CA" w:rsidRDefault="00CB745B" w:rsidP="00CB745B">
      <w:r>
        <w:t>What is your NTN/DRN?</w:t>
      </w:r>
      <w:r>
        <w:t xml:space="preserve"> </w:t>
      </w:r>
      <w:r>
        <w:t>If you don’t know your NTN / DRN, please contact your local office / deanery who will be able to share it with you</w:t>
      </w:r>
      <w:r w:rsidR="51F824CA">
        <w:t>: ________________________________</w:t>
      </w:r>
    </w:p>
    <w:p w14:paraId="028ACFC0" w14:textId="0A62CA20" w:rsidR="1D20D8EA" w:rsidRDefault="1D20D8EA" w:rsidP="7B22C702">
      <w:r>
        <w:t>Are you a member of the Protecting Vulnerable Groups (PVG) Scheme?</w:t>
      </w:r>
      <w:r w:rsidR="75FBE29B">
        <w:t xml:space="preserve"> Please note, this will only apply to applicants who have previously worked in Scotland</w:t>
      </w:r>
      <w:r w:rsidR="6945CB26">
        <w:t>________________________________</w:t>
      </w:r>
    </w:p>
    <w:p w14:paraId="791D0BBB" w14:textId="285DA7D0" w:rsidR="00CB745B" w:rsidRDefault="00CB745B" w:rsidP="7B22C702">
      <w:r w:rsidRPr="00CB745B">
        <w:t>What is your membership number?</w:t>
      </w:r>
      <w:r>
        <w:t>:</w:t>
      </w:r>
      <w:r w:rsidRPr="00CB745B">
        <w:t xml:space="preserve"> </w:t>
      </w:r>
      <w:r>
        <w:t>________________________________</w:t>
      </w:r>
    </w:p>
    <w:p w14:paraId="452FCB1F" w14:textId="7C0D17A4" w:rsidR="64DF3B09" w:rsidRDefault="64DF3B09" w:rsidP="7B22C702">
      <w:r>
        <w:t xml:space="preserve">Do you have a disability, learning difficulty or health condition, or are pregnant or breastfeeding and require any specific arrangements / adjustments to enable you to undertake a </w:t>
      </w:r>
      <w:r w:rsidR="56EE1582">
        <w:t>computer-based</w:t>
      </w:r>
      <w:r>
        <w:t xml:space="preserve"> test, interview or assessment, or other selection process? Depending on the </w:t>
      </w:r>
      <w:r w:rsidR="1FBDBE1B">
        <w:t>circumstances</w:t>
      </w:r>
      <w:r>
        <w:t xml:space="preserve">/request, you may be asked to provide medical </w:t>
      </w:r>
      <w:r w:rsidR="262B1F44">
        <w:t>evidence</w:t>
      </w:r>
      <w:r w:rsidR="00CB745B">
        <w:t>: YES / NO</w:t>
      </w:r>
    </w:p>
    <w:p w14:paraId="6622F0CB" w14:textId="657C82C5" w:rsidR="00CB745B" w:rsidRPr="00CB745B" w:rsidRDefault="00CB745B" w:rsidP="00CB745B">
      <w:r w:rsidRPr="00CB745B">
        <w:rPr>
          <w:lang w:val="en-GB"/>
        </w:rPr>
        <w:t>Do you require any time related* and/or non-time related adjustments to undertake a computer based test, interview or assessment?</w:t>
      </w:r>
      <w:r>
        <w:t>:</w:t>
      </w:r>
      <w:r w:rsidRPr="00CB745B">
        <w:t xml:space="preserve"> </w:t>
      </w:r>
      <w:r>
        <w:t>________________________________</w:t>
      </w:r>
    </w:p>
    <w:p w14:paraId="60280D95" w14:textId="77777777" w:rsidR="00CB745B" w:rsidRPr="00CB745B" w:rsidRDefault="00CB745B" w:rsidP="00CB745B">
      <w:pPr>
        <w:rPr>
          <w:lang w:val="en-GB"/>
        </w:rPr>
      </w:pPr>
      <w:r w:rsidRPr="00CB745B">
        <w:rPr>
          <w:lang w:val="en-GB"/>
        </w:rPr>
        <w:t>*Breaks would fall into time related adjustments if permitted for the exam you are requesting adjustments for</w:t>
      </w:r>
    </w:p>
    <w:p w14:paraId="06A7C9A7" w14:textId="547469B3" w:rsidR="00CB745B" w:rsidRDefault="00CB745B" w:rsidP="7B22C702">
      <w:pPr>
        <w:rPr>
          <w:b/>
          <w:bCs/>
          <w:i/>
          <w:iCs/>
        </w:rPr>
      </w:pPr>
      <w:r w:rsidRPr="00CB745B">
        <w:t>To corroborate your request, you </w:t>
      </w:r>
      <w:r w:rsidRPr="00CB745B">
        <w:rPr>
          <w:b/>
          <w:bCs/>
        </w:rPr>
        <w:t>MUST</w:t>
      </w:r>
      <w:r w:rsidRPr="00CB745B">
        <w:t> attach independent evidence of your condition and support needs (e.g. an Educational Psychologist report for Dyslexia, correspondence from a medical professional managing your condition) to your application form at time of submission. </w:t>
      </w:r>
      <w:r w:rsidRPr="00CB745B">
        <w:rPr>
          <w:b/>
          <w:bCs/>
          <w:i/>
          <w:iCs/>
        </w:rPr>
        <w:t>Nursing mothers are advised to contact the recruitment office for further advice regarding this requirement</w:t>
      </w:r>
    </w:p>
    <w:p w14:paraId="190AE3E7" w14:textId="41780656" w:rsidR="00CB745B" w:rsidRDefault="00CB745B" w:rsidP="7B22C702">
      <w:r w:rsidRPr="00CB745B">
        <w:t>If you have a disability, defined as a physical or mental impairment which has a substantial and long term effect on your ability to carry out normal day to day activities and you meet the minimum criteria as specified in the Person Specification, do you wish to be considered for an interview under the </w:t>
      </w:r>
      <w:hyperlink r:id="rId13" w:tgtFrame="_blank" w:history="1">
        <w:r w:rsidRPr="00CB745B">
          <w:rPr>
            <w:rStyle w:val="Hyperlink"/>
          </w:rPr>
          <w:t>Disability Confident scheme</w:t>
        </w:r>
      </w:hyperlink>
      <w:r w:rsidRPr="00CB745B">
        <w:t>?</w:t>
      </w:r>
      <w:r>
        <w:t>: YES / NO</w:t>
      </w:r>
    </w:p>
    <w:p w14:paraId="453BDE1E" w14:textId="7D4325D2" w:rsidR="00CB745B" w:rsidRDefault="00CB745B" w:rsidP="7B22C702">
      <w:r>
        <w:t xml:space="preserve">Please give details: </w:t>
      </w:r>
      <w:r>
        <w:t>________________________________</w:t>
      </w:r>
    </w:p>
    <w:p w14:paraId="6E93E83C" w14:textId="408EE6E1" w:rsidR="00CB745B" w:rsidRDefault="64DF3B09" w:rsidP="7B22C702">
      <w:r>
        <w:t>Are you considering an application for less than full-time training (LTFT</w:t>
      </w:r>
      <w:r w:rsidR="68B6A972">
        <w:t>)?</w:t>
      </w:r>
      <w:r w:rsidR="00CB745B">
        <w:t>: YES / NO</w:t>
      </w:r>
    </w:p>
    <w:p w14:paraId="79A003E3" w14:textId="77777777" w:rsidR="00CB745B" w:rsidRPr="00CB745B" w:rsidRDefault="00CB745B" w:rsidP="00CB745B">
      <w:pPr>
        <w:rPr>
          <w:lang w:val="en-GB"/>
        </w:rPr>
      </w:pPr>
      <w:r w:rsidRPr="00CB745B">
        <w:rPr>
          <w:lang w:val="en-GB"/>
        </w:rPr>
        <w:t>If you are appointed to a specific programme that has been advertised as LTFT, there is no need to make a separate application to train less than full time.</w:t>
      </w:r>
    </w:p>
    <w:p w14:paraId="0AC20890" w14:textId="77777777" w:rsidR="00CB745B" w:rsidRPr="00CB745B" w:rsidRDefault="00CB745B" w:rsidP="00CB745B">
      <w:pPr>
        <w:rPr>
          <w:lang w:val="en-GB"/>
        </w:rPr>
      </w:pPr>
      <w:r w:rsidRPr="00CB745B">
        <w:rPr>
          <w:lang w:val="en-GB"/>
        </w:rPr>
        <w:t>Please note that selecting 'Yes' does not result in an application for LTFT training. This must be submitted directly to the region/area appointed to.</w:t>
      </w:r>
    </w:p>
    <w:p w14:paraId="70BC0FA1" w14:textId="062A3E89" w:rsidR="00CB745B" w:rsidRDefault="00CB745B" w:rsidP="00CB745B">
      <w:r>
        <w:lastRenderedPageBreak/>
        <w:t>This information will not be made known to the selection panel. If offered a training programme that is not advertised as LTFT, you will need to apply separately for less than full-time training via the region/area where you are offered a post. If you choose to apply for LTFT after accepting a training post your application will be considered against the national eligibility criteria for LTFT training. The recruiting region/area aims to offer support to all trainees who meet the national eligibility criteria to train LTFT; however trainees must be appointed to a Full Time programme to be able to progress their LTFT training application.</w:t>
      </w:r>
    </w:p>
    <w:p w14:paraId="3DF54FA4" w14:textId="79B093FD" w:rsidR="00CB745B" w:rsidRDefault="00CB745B" w:rsidP="00CB745B">
      <w:r>
        <w:t>For more details about LTFT training, including information about eligibility and the application process, please refer to the Less Than Full Time training web pages of your chosen region/area.</w:t>
      </w:r>
    </w:p>
    <w:p w14:paraId="3B475E94" w14:textId="1BF26ABB" w:rsidR="64DF3B09" w:rsidRDefault="05F821D0" w:rsidP="7B22C702">
      <w:r>
        <w:t>______________________________</w:t>
      </w:r>
    </w:p>
    <w:p w14:paraId="31A2CB8F" w14:textId="59C894CF" w:rsidR="00577D4C" w:rsidRDefault="10322548">
      <w:pPr>
        <w:pStyle w:val="Heading2"/>
      </w:pPr>
      <w:r>
        <w:t>Professional Registration</w:t>
      </w:r>
    </w:p>
    <w:p w14:paraId="4D67FF72" w14:textId="7E44595F" w:rsidR="00577D4C" w:rsidRDefault="51F824CA">
      <w:r>
        <w:t xml:space="preserve">Do you have full GMC </w:t>
      </w:r>
      <w:r w:rsidR="1C886495">
        <w:t>registration?</w:t>
      </w:r>
      <w:r w:rsidR="26887797">
        <w:t xml:space="preserve"> Yes/No</w:t>
      </w:r>
    </w:p>
    <w:p w14:paraId="29BF91BB" w14:textId="3B6ED83A" w:rsidR="00577D4C" w:rsidRDefault="51F824CA">
      <w:r>
        <w:t>Do you hold a licence to practise?</w:t>
      </w:r>
      <w:r w:rsidR="20DEA8C1">
        <w:t xml:space="preserve"> Yes/No</w:t>
      </w:r>
    </w:p>
    <w:p w14:paraId="35467A31" w14:textId="77777777" w:rsidR="00577D4C" w:rsidRDefault="51F824CA">
      <w:r>
        <w:t>GMC number: ________________________________</w:t>
      </w:r>
    </w:p>
    <w:p w14:paraId="6BCA79AC" w14:textId="77777777" w:rsidR="00577D4C" w:rsidRDefault="51F824CA">
      <w:r>
        <w:t>Date of full GMC registration: ________________________________</w:t>
      </w:r>
    </w:p>
    <w:p w14:paraId="51AAAD73" w14:textId="3EAAD251" w:rsidR="00577D4C" w:rsidRDefault="51F824CA">
      <w:r>
        <w:t xml:space="preserve">Are you on the specialist </w:t>
      </w:r>
      <w:r w:rsidR="5524ABFC">
        <w:t>register? Yes/No</w:t>
      </w:r>
    </w:p>
    <w:p w14:paraId="1B432110" w14:textId="1521CF9C" w:rsidR="00577D4C" w:rsidRDefault="5581040F" w:rsidP="7B22C702">
      <w:r>
        <w:t>If applying to OMFS, will you have registration with the General Dental Council (GDC) by the start date of the post to which you are applying?</w:t>
      </w:r>
      <w:r w:rsidR="5E213FFC">
        <w:t xml:space="preserve"> Yes/No</w:t>
      </w:r>
    </w:p>
    <w:p w14:paraId="70E8CD38" w14:textId="762382DE" w:rsidR="00577D4C" w:rsidRDefault="073AD3EF">
      <w:pPr>
        <w:pStyle w:val="Heading2"/>
      </w:pPr>
      <w:r>
        <w:t xml:space="preserve">Support for doctors new to the UK </w:t>
      </w:r>
    </w:p>
    <w:p w14:paraId="293631E8" w14:textId="6F878406" w:rsidR="00577D4C" w:rsidRDefault="073AD3EF" w:rsidP="7B22C702">
      <w:r>
        <w:t>Are you a UK medical graduate or do you have more than six months experience in the NHS (including Foundation)?</w:t>
      </w:r>
      <w:r w:rsidR="46721670">
        <w:t xml:space="preserve"> Yes/No</w:t>
      </w:r>
    </w:p>
    <w:p w14:paraId="7A6E8195" w14:textId="69CBE93E" w:rsidR="00577D4C" w:rsidRDefault="6714CC9C">
      <w:pPr>
        <w:pStyle w:val="Heading2"/>
      </w:pPr>
      <w:r>
        <w:t>Language skills</w:t>
      </w:r>
    </w:p>
    <w:p w14:paraId="43A4902D" w14:textId="793519E4" w:rsidR="00577D4C" w:rsidRDefault="6714CC9C" w:rsidP="7B22C702">
      <w:r>
        <w:t>Was your undergraduate training taught in English?</w:t>
      </w:r>
      <w:r w:rsidR="09F83A8D">
        <w:t xml:space="preserve"> Yes/No</w:t>
      </w:r>
    </w:p>
    <w:p w14:paraId="51401673" w14:textId="1F0DFC35" w:rsidR="00577D4C" w:rsidRDefault="2D8F6384">
      <w:pPr>
        <w:pStyle w:val="Heading2"/>
      </w:pPr>
      <w:r>
        <w:t>Special Circumstances</w:t>
      </w:r>
    </w:p>
    <w:p w14:paraId="043CB20A" w14:textId="034AB260" w:rsidR="00577D4C" w:rsidRDefault="3FDBDA7B" w:rsidP="7B22C702">
      <w:r>
        <w:t>Do you have special circumstances that may require you to remain in a geographical area for specific caring or health reasons? Yes/No</w:t>
      </w:r>
    </w:p>
    <w:p w14:paraId="6FFD010F" w14:textId="0531DACD" w:rsidR="00577D4C" w:rsidRDefault="2D8F6384">
      <w:pPr>
        <w:pStyle w:val="Heading2"/>
      </w:pPr>
      <w:r>
        <w:t>Programme specific information</w:t>
      </w:r>
    </w:p>
    <w:p w14:paraId="13676C9A" w14:textId="05B9A046" w:rsidR="00577D4C" w:rsidRDefault="70F09AA9" w:rsidP="7B22C702">
      <w:r>
        <w:t>Do you wish to apply for a deferred start date? Yes/No</w:t>
      </w:r>
    </w:p>
    <w:p w14:paraId="1BCCF942" w14:textId="5A2DA61D" w:rsidR="00577D4C" w:rsidRDefault="51F824CA">
      <w:pPr>
        <w:pStyle w:val="Heading2"/>
      </w:pPr>
      <w:r>
        <w:t>References</w:t>
      </w:r>
    </w:p>
    <w:p w14:paraId="218322B5" w14:textId="77777777" w:rsidR="00577D4C" w:rsidRDefault="0080006E">
      <w:r>
        <w:t>Please provide details for referees covering recent employment or training.</w:t>
      </w:r>
    </w:p>
    <w:tbl>
      <w:tblPr>
        <w:tblStyle w:val="TableGrid"/>
        <w:tblW w:w="0" w:type="auto"/>
        <w:tblLook w:val="04A0" w:firstRow="1" w:lastRow="0" w:firstColumn="1" w:lastColumn="0" w:noHBand="0" w:noVBand="1"/>
      </w:tblPr>
      <w:tblGrid>
        <w:gridCol w:w="2160"/>
        <w:gridCol w:w="2160"/>
        <w:gridCol w:w="2160"/>
        <w:gridCol w:w="2160"/>
      </w:tblGrid>
      <w:tr w:rsidR="00577D4C" w14:paraId="0A4F4B9D" w14:textId="77777777" w:rsidTr="7B22C702">
        <w:trPr>
          <w:trHeight w:val="300"/>
        </w:trPr>
        <w:tc>
          <w:tcPr>
            <w:tcW w:w="2160" w:type="dxa"/>
          </w:tcPr>
          <w:p w14:paraId="3ED74967" w14:textId="0116DAB7" w:rsidR="00577D4C" w:rsidRDefault="00577D4C"/>
        </w:tc>
        <w:tc>
          <w:tcPr>
            <w:tcW w:w="2160" w:type="dxa"/>
          </w:tcPr>
          <w:p w14:paraId="6427D17A" w14:textId="705ED717" w:rsidR="00577D4C" w:rsidRDefault="2C5EE39D" w:rsidP="7B22C702">
            <w:pPr>
              <w:rPr>
                <w:b/>
                <w:bCs/>
              </w:rPr>
            </w:pPr>
            <w:r w:rsidRPr="7B22C702">
              <w:rPr>
                <w:b/>
                <w:bCs/>
              </w:rPr>
              <w:t>Referee 1</w:t>
            </w:r>
          </w:p>
        </w:tc>
        <w:tc>
          <w:tcPr>
            <w:tcW w:w="2160" w:type="dxa"/>
          </w:tcPr>
          <w:p w14:paraId="669C2616" w14:textId="0FED6648" w:rsidR="00577D4C" w:rsidRDefault="2C5EE39D" w:rsidP="7B22C702">
            <w:pPr>
              <w:rPr>
                <w:b/>
                <w:bCs/>
              </w:rPr>
            </w:pPr>
            <w:r w:rsidRPr="7B22C702">
              <w:rPr>
                <w:b/>
                <w:bCs/>
              </w:rPr>
              <w:t>Referee 2</w:t>
            </w:r>
          </w:p>
        </w:tc>
        <w:tc>
          <w:tcPr>
            <w:tcW w:w="2160" w:type="dxa"/>
          </w:tcPr>
          <w:p w14:paraId="0F6E01FF" w14:textId="196D578A" w:rsidR="00577D4C" w:rsidRDefault="2C5EE39D">
            <w:r w:rsidRPr="7B22C702">
              <w:rPr>
                <w:b/>
                <w:bCs/>
              </w:rPr>
              <w:t>Referee 3</w:t>
            </w:r>
            <w:r>
              <w:t xml:space="preserve"> </w:t>
            </w:r>
            <w:r w:rsidRPr="7B22C702">
              <w:rPr>
                <w:i/>
                <w:iCs/>
              </w:rPr>
              <w:t>this referee must be able to provide you with an academic reference.</w:t>
            </w:r>
          </w:p>
        </w:tc>
      </w:tr>
      <w:tr w:rsidR="7B22C702" w14:paraId="36AE590E" w14:textId="77777777" w:rsidTr="7B22C702">
        <w:trPr>
          <w:trHeight w:val="300"/>
        </w:trPr>
        <w:tc>
          <w:tcPr>
            <w:tcW w:w="2160" w:type="dxa"/>
          </w:tcPr>
          <w:p w14:paraId="74F82038" w14:textId="702BC475" w:rsidR="2C5EE39D" w:rsidRDefault="2C5EE39D" w:rsidP="7B22C702">
            <w:r>
              <w:t>Post specialty</w:t>
            </w:r>
          </w:p>
        </w:tc>
        <w:tc>
          <w:tcPr>
            <w:tcW w:w="2160" w:type="dxa"/>
          </w:tcPr>
          <w:p w14:paraId="082E080A" w14:textId="0B0393D7" w:rsidR="7B22C702" w:rsidRDefault="7B22C702" w:rsidP="7B22C702"/>
        </w:tc>
        <w:tc>
          <w:tcPr>
            <w:tcW w:w="2160" w:type="dxa"/>
          </w:tcPr>
          <w:p w14:paraId="2FADDA58" w14:textId="37203D92" w:rsidR="7B22C702" w:rsidRDefault="7B22C702" w:rsidP="7B22C702"/>
        </w:tc>
        <w:tc>
          <w:tcPr>
            <w:tcW w:w="2160" w:type="dxa"/>
          </w:tcPr>
          <w:p w14:paraId="6CC092FB" w14:textId="12C28685" w:rsidR="7B22C702" w:rsidRDefault="7B22C702" w:rsidP="7B22C702"/>
        </w:tc>
      </w:tr>
      <w:tr w:rsidR="7B22C702" w14:paraId="2802BB59" w14:textId="77777777" w:rsidTr="7B22C702">
        <w:trPr>
          <w:trHeight w:val="300"/>
        </w:trPr>
        <w:tc>
          <w:tcPr>
            <w:tcW w:w="2160" w:type="dxa"/>
          </w:tcPr>
          <w:p w14:paraId="7AA6B2C1" w14:textId="400C9ACB" w:rsidR="2C5EE39D" w:rsidRDefault="2C5EE39D" w:rsidP="7B22C702">
            <w:r>
              <w:t>Post grade</w:t>
            </w:r>
          </w:p>
        </w:tc>
        <w:tc>
          <w:tcPr>
            <w:tcW w:w="2160" w:type="dxa"/>
          </w:tcPr>
          <w:p w14:paraId="6B9ECA23" w14:textId="3BD3E80E" w:rsidR="7B22C702" w:rsidRDefault="7B22C702" w:rsidP="7B22C702"/>
        </w:tc>
        <w:tc>
          <w:tcPr>
            <w:tcW w:w="2160" w:type="dxa"/>
          </w:tcPr>
          <w:p w14:paraId="562E9A70" w14:textId="0F9A1107" w:rsidR="7B22C702" w:rsidRDefault="7B22C702" w:rsidP="7B22C702"/>
        </w:tc>
        <w:tc>
          <w:tcPr>
            <w:tcW w:w="2160" w:type="dxa"/>
          </w:tcPr>
          <w:p w14:paraId="000592B7" w14:textId="36462CA9" w:rsidR="7B22C702" w:rsidRDefault="7B22C702" w:rsidP="7B22C702"/>
        </w:tc>
      </w:tr>
      <w:tr w:rsidR="7B22C702" w14:paraId="32539402" w14:textId="77777777" w:rsidTr="7B22C702">
        <w:trPr>
          <w:trHeight w:val="300"/>
        </w:trPr>
        <w:tc>
          <w:tcPr>
            <w:tcW w:w="2160" w:type="dxa"/>
          </w:tcPr>
          <w:p w14:paraId="23BEA6C7" w14:textId="379868A1" w:rsidR="2C5EE39D" w:rsidRDefault="2C5EE39D" w:rsidP="7B22C702">
            <w:r>
              <w:t>Start date</w:t>
            </w:r>
          </w:p>
        </w:tc>
        <w:tc>
          <w:tcPr>
            <w:tcW w:w="2160" w:type="dxa"/>
          </w:tcPr>
          <w:p w14:paraId="221256DF" w14:textId="000FC62E" w:rsidR="7B22C702" w:rsidRDefault="7B22C702" w:rsidP="7B22C702"/>
        </w:tc>
        <w:tc>
          <w:tcPr>
            <w:tcW w:w="2160" w:type="dxa"/>
          </w:tcPr>
          <w:p w14:paraId="6AF4974F" w14:textId="6EEE7A1D" w:rsidR="7B22C702" w:rsidRDefault="7B22C702" w:rsidP="7B22C702"/>
        </w:tc>
        <w:tc>
          <w:tcPr>
            <w:tcW w:w="2160" w:type="dxa"/>
          </w:tcPr>
          <w:p w14:paraId="6D3436C0" w14:textId="278E2BDD" w:rsidR="7B22C702" w:rsidRDefault="7B22C702" w:rsidP="7B22C702"/>
        </w:tc>
      </w:tr>
      <w:tr w:rsidR="00577D4C" w14:paraId="4BA7C53D" w14:textId="77777777" w:rsidTr="7B22C702">
        <w:tc>
          <w:tcPr>
            <w:tcW w:w="2160" w:type="dxa"/>
          </w:tcPr>
          <w:p w14:paraId="1F146D73" w14:textId="71F8333B" w:rsidR="00577D4C" w:rsidRDefault="2C5EE39D">
            <w:r>
              <w:t>End date</w:t>
            </w:r>
          </w:p>
        </w:tc>
        <w:tc>
          <w:tcPr>
            <w:tcW w:w="2160" w:type="dxa"/>
          </w:tcPr>
          <w:p w14:paraId="6DB79D15" w14:textId="77777777" w:rsidR="00577D4C" w:rsidRDefault="00577D4C"/>
        </w:tc>
        <w:tc>
          <w:tcPr>
            <w:tcW w:w="2160" w:type="dxa"/>
          </w:tcPr>
          <w:p w14:paraId="38121355" w14:textId="77777777" w:rsidR="00577D4C" w:rsidRDefault="00577D4C"/>
        </w:tc>
        <w:tc>
          <w:tcPr>
            <w:tcW w:w="2160" w:type="dxa"/>
          </w:tcPr>
          <w:p w14:paraId="287C8284" w14:textId="77777777" w:rsidR="00577D4C" w:rsidRDefault="00577D4C"/>
        </w:tc>
      </w:tr>
      <w:tr w:rsidR="7B22C702" w14:paraId="453952C7" w14:textId="77777777" w:rsidTr="7B22C702">
        <w:trPr>
          <w:trHeight w:val="300"/>
        </w:trPr>
        <w:tc>
          <w:tcPr>
            <w:tcW w:w="2160" w:type="dxa"/>
          </w:tcPr>
          <w:p w14:paraId="04317FA0" w14:textId="42A44DC7" w:rsidR="1AF7DCB7" w:rsidRDefault="1AF7DCB7" w:rsidP="7B22C702">
            <w:r>
              <w:t>Referee title</w:t>
            </w:r>
          </w:p>
        </w:tc>
        <w:tc>
          <w:tcPr>
            <w:tcW w:w="2160" w:type="dxa"/>
          </w:tcPr>
          <w:p w14:paraId="32F87338" w14:textId="1D6544D0" w:rsidR="7B22C702" w:rsidRDefault="7B22C702" w:rsidP="7B22C702"/>
        </w:tc>
        <w:tc>
          <w:tcPr>
            <w:tcW w:w="2160" w:type="dxa"/>
          </w:tcPr>
          <w:p w14:paraId="1FFB3168" w14:textId="20BB9C5C" w:rsidR="7B22C702" w:rsidRDefault="7B22C702" w:rsidP="7B22C702"/>
        </w:tc>
        <w:tc>
          <w:tcPr>
            <w:tcW w:w="2160" w:type="dxa"/>
          </w:tcPr>
          <w:p w14:paraId="0131C8A6" w14:textId="33EC8D0E" w:rsidR="7B22C702" w:rsidRDefault="7B22C702" w:rsidP="7B22C702"/>
        </w:tc>
      </w:tr>
      <w:tr w:rsidR="7B22C702" w14:paraId="4AC8C882" w14:textId="77777777" w:rsidTr="7B22C702">
        <w:trPr>
          <w:trHeight w:val="300"/>
        </w:trPr>
        <w:tc>
          <w:tcPr>
            <w:tcW w:w="2160" w:type="dxa"/>
          </w:tcPr>
          <w:p w14:paraId="5F7D606B" w14:textId="321706C7" w:rsidR="1AF7DCB7" w:rsidRDefault="1AF7DCB7" w:rsidP="7B22C702">
            <w:r>
              <w:t>Referee forename</w:t>
            </w:r>
          </w:p>
        </w:tc>
        <w:tc>
          <w:tcPr>
            <w:tcW w:w="2160" w:type="dxa"/>
          </w:tcPr>
          <w:p w14:paraId="4E360692" w14:textId="088C7F0E" w:rsidR="7B22C702" w:rsidRDefault="7B22C702" w:rsidP="7B22C702"/>
        </w:tc>
        <w:tc>
          <w:tcPr>
            <w:tcW w:w="2160" w:type="dxa"/>
          </w:tcPr>
          <w:p w14:paraId="03927070" w14:textId="30DAC40B" w:rsidR="7B22C702" w:rsidRDefault="7B22C702" w:rsidP="7B22C702"/>
        </w:tc>
        <w:tc>
          <w:tcPr>
            <w:tcW w:w="2160" w:type="dxa"/>
          </w:tcPr>
          <w:p w14:paraId="696E1A4E" w14:textId="09D17061" w:rsidR="7B22C702" w:rsidRDefault="7B22C702" w:rsidP="7B22C702"/>
        </w:tc>
      </w:tr>
      <w:tr w:rsidR="7B22C702" w14:paraId="7A6D944A" w14:textId="77777777" w:rsidTr="7B22C702">
        <w:trPr>
          <w:trHeight w:val="300"/>
        </w:trPr>
        <w:tc>
          <w:tcPr>
            <w:tcW w:w="2160" w:type="dxa"/>
          </w:tcPr>
          <w:p w14:paraId="5798F7B9" w14:textId="2DDA4E9F" w:rsidR="1AF7DCB7" w:rsidRDefault="1AF7DCB7" w:rsidP="7B22C702">
            <w:r>
              <w:t>Referee surname</w:t>
            </w:r>
          </w:p>
        </w:tc>
        <w:tc>
          <w:tcPr>
            <w:tcW w:w="2160" w:type="dxa"/>
          </w:tcPr>
          <w:p w14:paraId="6830B087" w14:textId="4AA5C469" w:rsidR="7B22C702" w:rsidRDefault="7B22C702" w:rsidP="7B22C702"/>
        </w:tc>
        <w:tc>
          <w:tcPr>
            <w:tcW w:w="2160" w:type="dxa"/>
          </w:tcPr>
          <w:p w14:paraId="3AFAABD5" w14:textId="205DA883" w:rsidR="7B22C702" w:rsidRDefault="7B22C702" w:rsidP="7B22C702"/>
        </w:tc>
        <w:tc>
          <w:tcPr>
            <w:tcW w:w="2160" w:type="dxa"/>
          </w:tcPr>
          <w:p w14:paraId="1375F799" w14:textId="2DB95DBE" w:rsidR="7B22C702" w:rsidRDefault="7B22C702" w:rsidP="7B22C702"/>
        </w:tc>
      </w:tr>
      <w:tr w:rsidR="7B22C702" w14:paraId="7D6F494D" w14:textId="77777777" w:rsidTr="7B22C702">
        <w:trPr>
          <w:trHeight w:val="300"/>
        </w:trPr>
        <w:tc>
          <w:tcPr>
            <w:tcW w:w="2160" w:type="dxa"/>
          </w:tcPr>
          <w:p w14:paraId="22A8CB64" w14:textId="56BCB52E" w:rsidR="1AF7DCB7" w:rsidRDefault="1AF7DCB7" w:rsidP="7B22C702">
            <w:r>
              <w:t>Job title of referee</w:t>
            </w:r>
          </w:p>
        </w:tc>
        <w:tc>
          <w:tcPr>
            <w:tcW w:w="2160" w:type="dxa"/>
          </w:tcPr>
          <w:p w14:paraId="56555532" w14:textId="36267B4D" w:rsidR="7B22C702" w:rsidRDefault="7B22C702" w:rsidP="7B22C702"/>
        </w:tc>
        <w:tc>
          <w:tcPr>
            <w:tcW w:w="2160" w:type="dxa"/>
          </w:tcPr>
          <w:p w14:paraId="3984F07D" w14:textId="4D66926C" w:rsidR="7B22C702" w:rsidRDefault="7B22C702" w:rsidP="7B22C702"/>
        </w:tc>
        <w:tc>
          <w:tcPr>
            <w:tcW w:w="2160" w:type="dxa"/>
          </w:tcPr>
          <w:p w14:paraId="3FD6FA56" w14:textId="63CB6127" w:rsidR="7B22C702" w:rsidRDefault="7B22C702" w:rsidP="7B22C702"/>
        </w:tc>
      </w:tr>
      <w:tr w:rsidR="7B22C702" w14:paraId="4778F957" w14:textId="77777777" w:rsidTr="7B22C702">
        <w:trPr>
          <w:trHeight w:val="300"/>
        </w:trPr>
        <w:tc>
          <w:tcPr>
            <w:tcW w:w="2160" w:type="dxa"/>
          </w:tcPr>
          <w:p w14:paraId="603AF100" w14:textId="533087DF" w:rsidR="2C5EE39D" w:rsidRDefault="2C5EE39D" w:rsidP="7B22C702">
            <w:r>
              <w:t>What was their role in relation to you (</w:t>
            </w:r>
            <w:r w:rsidR="3D4A3454">
              <w:t>e.g.,</w:t>
            </w:r>
            <w:r>
              <w:t xml:space="preserve"> Consultant)?</w:t>
            </w:r>
          </w:p>
        </w:tc>
        <w:tc>
          <w:tcPr>
            <w:tcW w:w="2160" w:type="dxa"/>
          </w:tcPr>
          <w:p w14:paraId="3C2FD376" w14:textId="13945A46" w:rsidR="7B22C702" w:rsidRDefault="7B22C702" w:rsidP="7B22C702"/>
        </w:tc>
        <w:tc>
          <w:tcPr>
            <w:tcW w:w="2160" w:type="dxa"/>
          </w:tcPr>
          <w:p w14:paraId="6221916D" w14:textId="2B9E9AAE" w:rsidR="7B22C702" w:rsidRDefault="7B22C702" w:rsidP="7B22C702"/>
        </w:tc>
        <w:tc>
          <w:tcPr>
            <w:tcW w:w="2160" w:type="dxa"/>
          </w:tcPr>
          <w:p w14:paraId="0697949D" w14:textId="50DB01E7" w:rsidR="7B22C702" w:rsidRDefault="7B22C702" w:rsidP="7B22C702"/>
        </w:tc>
      </w:tr>
      <w:tr w:rsidR="7B22C702" w14:paraId="2E0188D4" w14:textId="77777777" w:rsidTr="7B22C702">
        <w:trPr>
          <w:trHeight w:val="300"/>
        </w:trPr>
        <w:tc>
          <w:tcPr>
            <w:tcW w:w="2160" w:type="dxa"/>
          </w:tcPr>
          <w:p w14:paraId="1BD8457E" w14:textId="3E5CF21D" w:rsidR="2C5EE39D" w:rsidRDefault="2C5EE39D" w:rsidP="7B22C702">
            <w:r>
              <w:t>Contact email address</w:t>
            </w:r>
          </w:p>
        </w:tc>
        <w:tc>
          <w:tcPr>
            <w:tcW w:w="2160" w:type="dxa"/>
          </w:tcPr>
          <w:p w14:paraId="3737401E" w14:textId="5DE50B6E" w:rsidR="7B22C702" w:rsidRDefault="7B22C702" w:rsidP="7B22C702"/>
        </w:tc>
        <w:tc>
          <w:tcPr>
            <w:tcW w:w="2160" w:type="dxa"/>
          </w:tcPr>
          <w:p w14:paraId="346A86DE" w14:textId="29545650" w:rsidR="7B22C702" w:rsidRDefault="7B22C702" w:rsidP="7B22C702"/>
        </w:tc>
        <w:tc>
          <w:tcPr>
            <w:tcW w:w="2160" w:type="dxa"/>
          </w:tcPr>
          <w:p w14:paraId="3CE3B104" w14:textId="324772F7" w:rsidR="7B22C702" w:rsidRDefault="7B22C702" w:rsidP="7B22C702"/>
        </w:tc>
      </w:tr>
      <w:tr w:rsidR="7B22C702" w14:paraId="61285D1B" w14:textId="77777777" w:rsidTr="7B22C702">
        <w:trPr>
          <w:trHeight w:val="300"/>
        </w:trPr>
        <w:tc>
          <w:tcPr>
            <w:tcW w:w="2160" w:type="dxa"/>
          </w:tcPr>
          <w:p w14:paraId="09498E79" w14:textId="6778C29D" w:rsidR="1F32D248" w:rsidRDefault="1F32D248" w:rsidP="7B22C702">
            <w:r>
              <w:t xml:space="preserve">GMC/GDC registration </w:t>
            </w:r>
            <w:bookmarkStart w:id="1" w:name="_Int_WTgVwAom"/>
            <w:r w:rsidR="7E4A6900">
              <w:t>number</w:t>
            </w:r>
            <w:bookmarkEnd w:id="1"/>
            <w:r>
              <w:t>.</w:t>
            </w:r>
          </w:p>
        </w:tc>
        <w:tc>
          <w:tcPr>
            <w:tcW w:w="2160" w:type="dxa"/>
          </w:tcPr>
          <w:p w14:paraId="4018763B" w14:textId="20D37676" w:rsidR="7B22C702" w:rsidRDefault="7B22C702" w:rsidP="7B22C702"/>
        </w:tc>
        <w:tc>
          <w:tcPr>
            <w:tcW w:w="2160" w:type="dxa"/>
          </w:tcPr>
          <w:p w14:paraId="334B18E7" w14:textId="657C4039" w:rsidR="7B22C702" w:rsidRDefault="7B22C702" w:rsidP="7B22C702"/>
        </w:tc>
        <w:tc>
          <w:tcPr>
            <w:tcW w:w="2160" w:type="dxa"/>
          </w:tcPr>
          <w:p w14:paraId="67862E3B" w14:textId="4F7C6227" w:rsidR="7B22C702" w:rsidRDefault="7B22C702" w:rsidP="7B22C702"/>
        </w:tc>
      </w:tr>
      <w:tr w:rsidR="7B22C702" w14:paraId="52D5B994" w14:textId="77777777" w:rsidTr="7B22C702">
        <w:trPr>
          <w:trHeight w:val="300"/>
        </w:trPr>
        <w:tc>
          <w:tcPr>
            <w:tcW w:w="2160" w:type="dxa"/>
          </w:tcPr>
          <w:p w14:paraId="1081F263" w14:textId="1CD5BA5F" w:rsidR="2C5EE39D" w:rsidRDefault="2C5EE39D" w:rsidP="7B22C702">
            <w:r>
              <w:t>Contact phone number</w:t>
            </w:r>
          </w:p>
        </w:tc>
        <w:tc>
          <w:tcPr>
            <w:tcW w:w="2160" w:type="dxa"/>
          </w:tcPr>
          <w:p w14:paraId="52CC75E1" w14:textId="08395659" w:rsidR="7B22C702" w:rsidRDefault="7B22C702" w:rsidP="7B22C702"/>
        </w:tc>
        <w:tc>
          <w:tcPr>
            <w:tcW w:w="2160" w:type="dxa"/>
          </w:tcPr>
          <w:p w14:paraId="49B31E89" w14:textId="257A0C54" w:rsidR="7B22C702" w:rsidRDefault="7B22C702" w:rsidP="7B22C702"/>
        </w:tc>
        <w:tc>
          <w:tcPr>
            <w:tcW w:w="2160" w:type="dxa"/>
          </w:tcPr>
          <w:p w14:paraId="7C082B9B" w14:textId="6EB8EF65" w:rsidR="7B22C702" w:rsidRDefault="7B22C702" w:rsidP="7B22C702"/>
        </w:tc>
      </w:tr>
    </w:tbl>
    <w:p w14:paraId="303F7A4A" w14:textId="3DF4E20B" w:rsidR="7B22C702" w:rsidRDefault="7B22C702"/>
    <w:p w14:paraId="34AB9897" w14:textId="77777777" w:rsidR="00577D4C" w:rsidRDefault="51F824CA">
      <w:r>
        <w:t>Confirmation of required supporting documents provided (Yes/No):</w:t>
      </w:r>
    </w:p>
    <w:p w14:paraId="3658F33D" w14:textId="05D89A5D" w:rsidR="47DA7AF7" w:rsidRDefault="47DA7AF7" w:rsidP="7B22C702">
      <w:pPr>
        <w:pStyle w:val="Heading2"/>
      </w:pPr>
      <w:r>
        <w:t>Fitness to practice</w:t>
      </w:r>
    </w:p>
    <w:p w14:paraId="7D198C8C" w14:textId="15CA16A9" w:rsidR="2D3B0EE7" w:rsidRDefault="2D3B0EE7" w:rsidP="7B22C702">
      <w:r>
        <w:t xml:space="preserve">1. Are you currently bound over, or do you have any convictions or cautions (including warnings and reprimands) which are not deemed 'protected' under the amendment to the Exceptions Order 1975, issued by a Court or Court-Martial in the United Kingdom or in any other country? You do not need to tell us about parking offences, or fixed penalty </w:t>
      </w:r>
      <w:r w:rsidR="5E8818E7">
        <w:t>notices,</w:t>
      </w:r>
      <w:r>
        <w:t xml:space="preserve"> but other driving offences must be declared. </w:t>
      </w:r>
      <w:r w:rsidR="7DD58E06">
        <w:t>________________________________</w:t>
      </w:r>
    </w:p>
    <w:p w14:paraId="31085B32" w14:textId="7F75BA0A" w:rsidR="2D3B0EE7" w:rsidRDefault="2D3B0EE7" w:rsidP="7B22C702">
      <w:r>
        <w:t>2. Have you been charged with any offence in the United Kingdom or in any other country that has not yet been disposed of?</w:t>
      </w:r>
      <w:r w:rsidR="070B9FBA">
        <w:t xml:space="preserve"> ________________________________</w:t>
      </w:r>
    </w:p>
    <w:p w14:paraId="3FE10ECB" w14:textId="493D987E" w:rsidR="2D3B0EE7" w:rsidRDefault="2D3B0EE7" w:rsidP="7B22C702">
      <w:r>
        <w:t>3. Are you aware of any current NHS Counter Fraud and Security Management Service (CFSMS) investigation following allegations made against you?</w:t>
      </w:r>
      <w:r w:rsidR="326F7B2A">
        <w:t xml:space="preserve"> ________________________________</w:t>
      </w:r>
    </w:p>
    <w:p w14:paraId="6E0A4532" w14:textId="2323BB6F" w:rsidR="2D3B0EE7" w:rsidRDefault="2D3B0EE7" w:rsidP="7B22C702">
      <w:r>
        <w:t>4. Have you been investigated by the Police, NHS CFSMS or any other Investigatory Body resulting in a current conviction or dismissal from your employment or volunteering position?</w:t>
      </w:r>
      <w:r w:rsidR="73994131">
        <w:t xml:space="preserve"> ________________________________</w:t>
      </w:r>
    </w:p>
    <w:p w14:paraId="5EB05F66" w14:textId="2716F920" w:rsidR="2D3B0EE7" w:rsidRDefault="2D3B0EE7" w:rsidP="7B22C702">
      <w:r>
        <w:t xml:space="preserve">5. Have you ever been dismissed by reason of misconduct from any employment, volunteering, </w:t>
      </w:r>
      <w:r w:rsidR="270D2EA2">
        <w:t>office,</w:t>
      </w:r>
      <w:r>
        <w:t xml:space="preserve"> or other position previously held by you?</w:t>
      </w:r>
      <w:r w:rsidR="738BD956">
        <w:t xml:space="preserve"> ________________________________</w:t>
      </w:r>
    </w:p>
    <w:p w14:paraId="1563717A" w14:textId="2C9CAB33" w:rsidR="2D3B0EE7" w:rsidRDefault="2D3B0EE7" w:rsidP="7B22C702">
      <w:r>
        <w:lastRenderedPageBreak/>
        <w:t xml:space="preserve">6. Have you ever been disqualified from the practice of a profession or required to </w:t>
      </w:r>
      <w:r w:rsidR="6EF16323">
        <w:t>practice</w:t>
      </w:r>
      <w:r>
        <w:t xml:space="preserve"> subject to specified limitations / conditions / warnings following fitness to </w:t>
      </w:r>
      <w:r w:rsidR="5F96A681">
        <w:t>practice</w:t>
      </w:r>
      <w:r>
        <w:t xml:space="preserve"> proceedings by a regulatory or licensing body in the United Kingdom or in any other country?</w:t>
      </w:r>
      <w:r w:rsidR="6ABA6524">
        <w:t xml:space="preserve"> ________________________________</w:t>
      </w:r>
    </w:p>
    <w:p w14:paraId="2832E64F" w14:textId="5F6DAA4B" w:rsidR="2D3B0EE7" w:rsidRDefault="2D3B0EE7" w:rsidP="7B22C702">
      <w:r>
        <w:t xml:space="preserve">7. Are you currently the subject of any investigation or fitness to </w:t>
      </w:r>
      <w:r w:rsidR="0BE719F2">
        <w:t>practice</w:t>
      </w:r>
      <w:r>
        <w:t xml:space="preserve"> proceeding by any licensing or regulatory body in the United Kingdom or any other country?</w:t>
      </w:r>
      <w:r w:rsidR="5E2FD981">
        <w:t xml:space="preserve"> ________________________________</w:t>
      </w:r>
    </w:p>
    <w:p w14:paraId="34BA31A4" w14:textId="258A10F8" w:rsidR="2D3B0EE7" w:rsidRDefault="2D3B0EE7" w:rsidP="7B22C702">
      <w:r>
        <w:t>8. Are you subject to any other prohibition, limitation, or restriction that means we are unable to consider you for any position for which you are applying?</w:t>
      </w:r>
      <w:r w:rsidR="75238702">
        <w:t xml:space="preserve"> ________________________________</w:t>
      </w:r>
    </w:p>
    <w:p w14:paraId="5A6D35CE" w14:textId="738AD424" w:rsidR="2D3B0EE7" w:rsidRDefault="2D3B0EE7" w:rsidP="7B22C702">
      <w:r>
        <w:t>9. Do you know of any other matters in your background which might cause your reliability or suitability for employment to be called into question</w:t>
      </w:r>
      <w:r w:rsidR="4AB18BFE">
        <w:t xml:space="preserve">? </w:t>
      </w:r>
      <w:r w:rsidR="7E5C7B4F">
        <w:t>_______________________________</w:t>
      </w:r>
    </w:p>
    <w:p w14:paraId="0F25D8DC" w14:textId="6BE79C06" w:rsidR="47DA7AF7" w:rsidRDefault="47DA7AF7" w:rsidP="7B22C702">
      <w:pPr>
        <w:pStyle w:val="Heading2"/>
      </w:pPr>
      <w:r>
        <w:t>Competences / Eligibility</w:t>
      </w:r>
    </w:p>
    <w:p w14:paraId="6BFCE14E" w14:textId="5F776F33" w:rsidR="4BB25607" w:rsidRDefault="4BB25607" w:rsidP="7B22C702">
      <w:r>
        <w:t>Qualification</w:t>
      </w:r>
      <w:r w:rsidR="4575CA1A">
        <w:t xml:space="preserve"> _______________________________</w:t>
      </w:r>
    </w:p>
    <w:p w14:paraId="2DC1ABFD" w14:textId="744066CA" w:rsidR="4BB25607" w:rsidRDefault="4BB25607" w:rsidP="7B22C702">
      <w:r>
        <w:t>Entry date medical school / university</w:t>
      </w:r>
      <w:r w:rsidR="1F2672AB">
        <w:t xml:space="preserve"> _______________________________</w:t>
      </w:r>
    </w:p>
    <w:p w14:paraId="24B8A9CD" w14:textId="62C50194" w:rsidR="4BB25607" w:rsidRDefault="4BB25607" w:rsidP="7B22C702">
      <w:r>
        <w:t>Date of qualification</w:t>
      </w:r>
      <w:r w:rsidR="3F6CCC8A">
        <w:t xml:space="preserve"> _______________________________</w:t>
      </w:r>
    </w:p>
    <w:p w14:paraId="32D98D8D" w14:textId="6BCBE671" w:rsidR="4BB25607" w:rsidRDefault="4BB25607" w:rsidP="7B22C702">
      <w:r>
        <w:t>Medical school / University</w:t>
      </w:r>
      <w:r w:rsidR="5F1B5CC6">
        <w:t xml:space="preserve"> _______________________________</w:t>
      </w:r>
    </w:p>
    <w:p w14:paraId="082F5D3C" w14:textId="3ED220F4" w:rsidR="17E1A7F2" w:rsidRDefault="17E1A7F2" w:rsidP="7B22C702">
      <w:r>
        <w:t>Me</w:t>
      </w:r>
      <w:r w:rsidR="4BB25607">
        <w:t xml:space="preserve">dical school / University address </w:t>
      </w:r>
      <w:r w:rsidR="504564EA">
        <w:t>_____________________________________________________________________________________________</w:t>
      </w:r>
    </w:p>
    <w:p w14:paraId="511367BC" w14:textId="11BC7E8C" w:rsidR="4BB25607" w:rsidRDefault="4BB25607" w:rsidP="7B22C702">
      <w:r>
        <w:t>Postcode</w:t>
      </w:r>
      <w:r w:rsidR="312D1FC1">
        <w:t xml:space="preserve"> _______________________________</w:t>
      </w:r>
    </w:p>
    <w:p w14:paraId="2D01A2DA" w14:textId="1F793543" w:rsidR="4BB25607" w:rsidRDefault="4BB25607" w:rsidP="7B22C702">
      <w:r>
        <w:t>Country of primary medical education</w:t>
      </w:r>
      <w:r w:rsidR="5E91C216">
        <w:t xml:space="preserve"> _______________________________</w:t>
      </w:r>
    </w:p>
    <w:p w14:paraId="7EE7C3D3" w14:textId="7E9CE0C1" w:rsidR="4BB25607" w:rsidRDefault="4BB25607" w:rsidP="7B22C702">
      <w:r>
        <w:t xml:space="preserve">Recommended contact for academic/educational </w:t>
      </w:r>
      <w:r w:rsidR="343F4BE7">
        <w:t xml:space="preserve">reference. </w:t>
      </w:r>
    </w:p>
    <w:p w14:paraId="7DE62E5D" w14:textId="51AC3926" w:rsidR="343F4BE7" w:rsidRDefault="343F4BE7" w:rsidP="7B22C702">
      <w:r>
        <w:t>Your</w:t>
      </w:r>
      <w:r w:rsidR="4BB25607">
        <w:t xml:space="preserve"> future employer may need to request an academic/educational reference from your medical school if you graduated less than three years ago. This information will not be requested until after you have been made a conditional offer of employment.</w:t>
      </w:r>
      <w:r w:rsidR="684BE4CE">
        <w:t xml:space="preserve"> ______________________________________________________________</w:t>
      </w:r>
    </w:p>
    <w:p w14:paraId="1805D919" w14:textId="5152A0E7" w:rsidR="4BB25607" w:rsidRDefault="4BB25607" w:rsidP="7B22C702">
      <w:r>
        <w:t>Telephone number</w:t>
      </w:r>
      <w:r w:rsidR="4372FEFF">
        <w:t xml:space="preserve"> _______________________________</w:t>
      </w:r>
    </w:p>
    <w:p w14:paraId="4D490B99" w14:textId="7E75FEB7" w:rsidR="4BB25607" w:rsidRDefault="4BB25607" w:rsidP="7B22C702">
      <w:r>
        <w:t>Contact email address for academic/educational reference</w:t>
      </w:r>
      <w:r w:rsidR="52BAAC6B">
        <w:t xml:space="preserve"> _______________________________</w:t>
      </w:r>
    </w:p>
    <w:p w14:paraId="6A44D806" w14:textId="3C4244D9" w:rsidR="1CE054EA" w:rsidRDefault="1CE054EA" w:rsidP="7B22C702">
      <w:pPr>
        <w:pStyle w:val="Heading2"/>
      </w:pPr>
    </w:p>
    <w:sectPr w:rsidR="1CE054EA" w:rsidSect="00034616">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03BA" w14:textId="77777777" w:rsidR="00EB7C33" w:rsidRDefault="00EB7C33">
      <w:pPr>
        <w:spacing w:after="0" w:line="240" w:lineRule="auto"/>
      </w:pPr>
      <w:r>
        <w:separator/>
      </w:r>
    </w:p>
  </w:endnote>
  <w:endnote w:type="continuationSeparator" w:id="0">
    <w:p w14:paraId="7526D421" w14:textId="77777777" w:rsidR="00EB7C33" w:rsidRDefault="00EB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B22C702" w14:paraId="1F791DB2" w14:textId="77777777" w:rsidTr="7B22C702">
      <w:trPr>
        <w:trHeight w:val="300"/>
      </w:trPr>
      <w:tc>
        <w:tcPr>
          <w:tcW w:w="2880" w:type="dxa"/>
        </w:tcPr>
        <w:p w14:paraId="3B6378E4" w14:textId="254BC0F9" w:rsidR="7B22C702" w:rsidRDefault="7B22C702" w:rsidP="7B22C702">
          <w:pPr>
            <w:pStyle w:val="Header"/>
            <w:ind w:left="-115"/>
          </w:pPr>
        </w:p>
      </w:tc>
      <w:tc>
        <w:tcPr>
          <w:tcW w:w="2880" w:type="dxa"/>
        </w:tcPr>
        <w:p w14:paraId="63C3940A" w14:textId="5B2D354E" w:rsidR="7B22C702" w:rsidRDefault="7B22C702" w:rsidP="7B22C702">
          <w:pPr>
            <w:pStyle w:val="Header"/>
            <w:jc w:val="center"/>
          </w:pPr>
        </w:p>
      </w:tc>
      <w:tc>
        <w:tcPr>
          <w:tcW w:w="2880" w:type="dxa"/>
        </w:tcPr>
        <w:p w14:paraId="3B9C070A" w14:textId="02550139" w:rsidR="7B22C702" w:rsidRDefault="7B22C702" w:rsidP="7B22C702">
          <w:pPr>
            <w:pStyle w:val="Header"/>
            <w:ind w:right="-115"/>
            <w:jc w:val="right"/>
          </w:pPr>
        </w:p>
      </w:tc>
    </w:tr>
  </w:tbl>
  <w:p w14:paraId="53FB65D1" w14:textId="37CE3E2A" w:rsidR="7B22C702" w:rsidRDefault="7B22C702" w:rsidP="7B22C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592D" w14:textId="77777777" w:rsidR="00EB7C33" w:rsidRDefault="00EB7C33">
      <w:pPr>
        <w:spacing w:after="0" w:line="240" w:lineRule="auto"/>
      </w:pPr>
      <w:r>
        <w:separator/>
      </w:r>
    </w:p>
  </w:footnote>
  <w:footnote w:type="continuationSeparator" w:id="0">
    <w:p w14:paraId="23C9B5A6" w14:textId="77777777" w:rsidR="00EB7C33" w:rsidRDefault="00EB7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B22C702" w14:paraId="0B685E61" w14:textId="77777777" w:rsidTr="7B22C702">
      <w:trPr>
        <w:trHeight w:val="300"/>
      </w:trPr>
      <w:tc>
        <w:tcPr>
          <w:tcW w:w="2880" w:type="dxa"/>
        </w:tcPr>
        <w:p w14:paraId="76812427" w14:textId="66BD7256" w:rsidR="7B22C702" w:rsidRDefault="7B22C702" w:rsidP="7B22C702">
          <w:pPr>
            <w:pStyle w:val="Header"/>
            <w:ind w:left="-115"/>
          </w:pPr>
        </w:p>
      </w:tc>
      <w:tc>
        <w:tcPr>
          <w:tcW w:w="2880" w:type="dxa"/>
        </w:tcPr>
        <w:p w14:paraId="27BF22FA" w14:textId="65E1E989" w:rsidR="7B22C702" w:rsidRDefault="7B22C702" w:rsidP="7B22C702">
          <w:pPr>
            <w:pStyle w:val="Header"/>
            <w:jc w:val="center"/>
          </w:pPr>
        </w:p>
      </w:tc>
      <w:tc>
        <w:tcPr>
          <w:tcW w:w="2880" w:type="dxa"/>
        </w:tcPr>
        <w:p w14:paraId="4EDA5A85" w14:textId="7BFE6239" w:rsidR="7B22C702" w:rsidRDefault="7B22C702" w:rsidP="7B22C702">
          <w:pPr>
            <w:pStyle w:val="Header"/>
            <w:ind w:right="-115"/>
            <w:jc w:val="right"/>
          </w:pPr>
        </w:p>
      </w:tc>
    </w:tr>
  </w:tbl>
  <w:p w14:paraId="59753B61" w14:textId="34851DD6" w:rsidR="7B22C702" w:rsidRDefault="7B22C702" w:rsidP="7B22C702">
    <w:pPr>
      <w:pStyle w:val="Header"/>
    </w:pPr>
  </w:p>
</w:hdr>
</file>

<file path=word/intelligence2.xml><?xml version="1.0" encoding="utf-8"?>
<int2:intelligence xmlns:int2="http://schemas.microsoft.com/office/intelligence/2020/intelligence" xmlns:oel="http://schemas.microsoft.com/office/2019/extlst">
  <int2:observations>
    <int2:textHash int2:hashCode="LFGZ1PAqfx/5CD" int2:id="qU4ofFzO">
      <int2:state int2:value="Rejected" int2:type="spell"/>
    </int2:textHash>
    <int2:textHash int2:hashCode="wpEpjdUAZybsXd" int2:id="iQPBIT4k">
      <int2:state int2:value="Rejected" int2:type="spell"/>
    </int2:textHash>
    <int2:textHash int2:hashCode="g6AlIBQYaBW5dQ" int2:id="VosyfCqt">
      <int2:state int2:value="Rejected" int2:type="spell"/>
    </int2:textHash>
    <int2:textHash int2:hashCode="ni8UUdXdlt6RIo" int2:id="WYgS6Iy9">
      <int2:state int2:value="Rejected" int2:type="spell"/>
    </int2:textHash>
    <int2:bookmark int2:bookmarkName="_Int_CTctU3nt" int2:invalidationBookmarkName="" int2:hashCode="zfhjhKKpnzdPEy" int2:id="niS7czw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975582"/>
    <w:multiLevelType w:val="hybridMultilevel"/>
    <w:tmpl w:val="A2483122"/>
    <w:lvl w:ilvl="0" w:tplc="4C04B49E">
      <w:start w:val="1"/>
      <w:numFmt w:val="bullet"/>
      <w:lvlText w:val=""/>
      <w:lvlJc w:val="left"/>
      <w:pPr>
        <w:ind w:left="720" w:hanging="360"/>
      </w:pPr>
      <w:rPr>
        <w:rFonts w:ascii="Wingdings" w:hAnsi="Wingdings" w:hint="default"/>
      </w:rPr>
    </w:lvl>
    <w:lvl w:ilvl="1" w:tplc="ABCAEEC2">
      <w:start w:val="1"/>
      <w:numFmt w:val="bullet"/>
      <w:lvlText w:val="o"/>
      <w:lvlJc w:val="left"/>
      <w:pPr>
        <w:ind w:left="1440" w:hanging="360"/>
      </w:pPr>
      <w:rPr>
        <w:rFonts w:ascii="Courier New" w:hAnsi="Courier New" w:hint="default"/>
      </w:rPr>
    </w:lvl>
    <w:lvl w:ilvl="2" w:tplc="0A8AB3B0">
      <w:start w:val="1"/>
      <w:numFmt w:val="bullet"/>
      <w:lvlText w:val=""/>
      <w:lvlJc w:val="left"/>
      <w:pPr>
        <w:ind w:left="2160" w:hanging="360"/>
      </w:pPr>
      <w:rPr>
        <w:rFonts w:ascii="Wingdings" w:hAnsi="Wingdings" w:hint="default"/>
      </w:rPr>
    </w:lvl>
    <w:lvl w:ilvl="3" w:tplc="05A29476">
      <w:start w:val="1"/>
      <w:numFmt w:val="bullet"/>
      <w:lvlText w:val=""/>
      <w:lvlJc w:val="left"/>
      <w:pPr>
        <w:ind w:left="2880" w:hanging="360"/>
      </w:pPr>
      <w:rPr>
        <w:rFonts w:ascii="Symbol" w:hAnsi="Symbol" w:hint="default"/>
      </w:rPr>
    </w:lvl>
    <w:lvl w:ilvl="4" w:tplc="1E12D7E8">
      <w:start w:val="1"/>
      <w:numFmt w:val="bullet"/>
      <w:lvlText w:val="o"/>
      <w:lvlJc w:val="left"/>
      <w:pPr>
        <w:ind w:left="3600" w:hanging="360"/>
      </w:pPr>
      <w:rPr>
        <w:rFonts w:ascii="Courier New" w:hAnsi="Courier New" w:hint="default"/>
      </w:rPr>
    </w:lvl>
    <w:lvl w:ilvl="5" w:tplc="82BCD5BC">
      <w:start w:val="1"/>
      <w:numFmt w:val="bullet"/>
      <w:lvlText w:val=""/>
      <w:lvlJc w:val="left"/>
      <w:pPr>
        <w:ind w:left="4320" w:hanging="360"/>
      </w:pPr>
      <w:rPr>
        <w:rFonts w:ascii="Wingdings" w:hAnsi="Wingdings" w:hint="default"/>
      </w:rPr>
    </w:lvl>
    <w:lvl w:ilvl="6" w:tplc="286C1482">
      <w:start w:val="1"/>
      <w:numFmt w:val="bullet"/>
      <w:lvlText w:val=""/>
      <w:lvlJc w:val="left"/>
      <w:pPr>
        <w:ind w:left="5040" w:hanging="360"/>
      </w:pPr>
      <w:rPr>
        <w:rFonts w:ascii="Symbol" w:hAnsi="Symbol" w:hint="default"/>
      </w:rPr>
    </w:lvl>
    <w:lvl w:ilvl="7" w:tplc="2FB834D6">
      <w:start w:val="1"/>
      <w:numFmt w:val="bullet"/>
      <w:lvlText w:val="o"/>
      <w:lvlJc w:val="left"/>
      <w:pPr>
        <w:ind w:left="5760" w:hanging="360"/>
      </w:pPr>
      <w:rPr>
        <w:rFonts w:ascii="Courier New" w:hAnsi="Courier New" w:hint="default"/>
      </w:rPr>
    </w:lvl>
    <w:lvl w:ilvl="8" w:tplc="84007732">
      <w:start w:val="1"/>
      <w:numFmt w:val="bullet"/>
      <w:lvlText w:val=""/>
      <w:lvlJc w:val="left"/>
      <w:pPr>
        <w:ind w:left="6480" w:hanging="360"/>
      </w:pPr>
      <w:rPr>
        <w:rFonts w:ascii="Wingdings" w:hAnsi="Wingdings" w:hint="default"/>
      </w:rPr>
    </w:lvl>
  </w:abstractNum>
  <w:abstractNum w:abstractNumId="10" w15:restartNumberingAfterBreak="0">
    <w:nsid w:val="633DCB86"/>
    <w:multiLevelType w:val="hybridMultilevel"/>
    <w:tmpl w:val="E35E2DFE"/>
    <w:lvl w:ilvl="0" w:tplc="E180A608">
      <w:start w:val="1"/>
      <w:numFmt w:val="bullet"/>
      <w:lvlText w:val=""/>
      <w:lvlJc w:val="left"/>
      <w:pPr>
        <w:ind w:left="720" w:hanging="360"/>
      </w:pPr>
      <w:rPr>
        <w:rFonts w:ascii="Wingdings" w:hAnsi="Wingdings" w:hint="default"/>
      </w:rPr>
    </w:lvl>
    <w:lvl w:ilvl="1" w:tplc="F5184284">
      <w:start w:val="1"/>
      <w:numFmt w:val="bullet"/>
      <w:lvlText w:val="o"/>
      <w:lvlJc w:val="left"/>
      <w:pPr>
        <w:ind w:left="1440" w:hanging="360"/>
      </w:pPr>
      <w:rPr>
        <w:rFonts w:ascii="Courier New" w:hAnsi="Courier New" w:hint="default"/>
      </w:rPr>
    </w:lvl>
    <w:lvl w:ilvl="2" w:tplc="4872A0FC">
      <w:start w:val="1"/>
      <w:numFmt w:val="bullet"/>
      <w:lvlText w:val=""/>
      <w:lvlJc w:val="left"/>
      <w:pPr>
        <w:ind w:left="2160" w:hanging="360"/>
      </w:pPr>
      <w:rPr>
        <w:rFonts w:ascii="Wingdings" w:hAnsi="Wingdings" w:hint="default"/>
      </w:rPr>
    </w:lvl>
    <w:lvl w:ilvl="3" w:tplc="6DE44A7A">
      <w:start w:val="1"/>
      <w:numFmt w:val="bullet"/>
      <w:lvlText w:val=""/>
      <w:lvlJc w:val="left"/>
      <w:pPr>
        <w:ind w:left="2880" w:hanging="360"/>
      </w:pPr>
      <w:rPr>
        <w:rFonts w:ascii="Symbol" w:hAnsi="Symbol" w:hint="default"/>
      </w:rPr>
    </w:lvl>
    <w:lvl w:ilvl="4" w:tplc="B8227366">
      <w:start w:val="1"/>
      <w:numFmt w:val="bullet"/>
      <w:lvlText w:val="o"/>
      <w:lvlJc w:val="left"/>
      <w:pPr>
        <w:ind w:left="3600" w:hanging="360"/>
      </w:pPr>
      <w:rPr>
        <w:rFonts w:ascii="Courier New" w:hAnsi="Courier New" w:hint="default"/>
      </w:rPr>
    </w:lvl>
    <w:lvl w:ilvl="5" w:tplc="76AC3FBC">
      <w:start w:val="1"/>
      <w:numFmt w:val="bullet"/>
      <w:lvlText w:val=""/>
      <w:lvlJc w:val="left"/>
      <w:pPr>
        <w:ind w:left="4320" w:hanging="360"/>
      </w:pPr>
      <w:rPr>
        <w:rFonts w:ascii="Wingdings" w:hAnsi="Wingdings" w:hint="default"/>
      </w:rPr>
    </w:lvl>
    <w:lvl w:ilvl="6" w:tplc="9E1E6A12">
      <w:start w:val="1"/>
      <w:numFmt w:val="bullet"/>
      <w:lvlText w:val=""/>
      <w:lvlJc w:val="left"/>
      <w:pPr>
        <w:ind w:left="5040" w:hanging="360"/>
      </w:pPr>
      <w:rPr>
        <w:rFonts w:ascii="Symbol" w:hAnsi="Symbol" w:hint="default"/>
      </w:rPr>
    </w:lvl>
    <w:lvl w:ilvl="7" w:tplc="8BBAC9FA">
      <w:start w:val="1"/>
      <w:numFmt w:val="bullet"/>
      <w:lvlText w:val="o"/>
      <w:lvlJc w:val="left"/>
      <w:pPr>
        <w:ind w:left="5760" w:hanging="360"/>
      </w:pPr>
      <w:rPr>
        <w:rFonts w:ascii="Courier New" w:hAnsi="Courier New" w:hint="default"/>
      </w:rPr>
    </w:lvl>
    <w:lvl w:ilvl="8" w:tplc="2AA2FCCE">
      <w:start w:val="1"/>
      <w:numFmt w:val="bullet"/>
      <w:lvlText w:val=""/>
      <w:lvlJc w:val="left"/>
      <w:pPr>
        <w:ind w:left="6480" w:hanging="360"/>
      </w:pPr>
      <w:rPr>
        <w:rFonts w:ascii="Wingdings" w:hAnsi="Wingdings" w:hint="default"/>
      </w:rPr>
    </w:lvl>
  </w:abstractNum>
  <w:num w:numId="1" w16cid:durableId="991174153">
    <w:abstractNumId w:val="10"/>
  </w:num>
  <w:num w:numId="2" w16cid:durableId="1205365250">
    <w:abstractNumId w:val="9"/>
  </w:num>
  <w:num w:numId="3" w16cid:durableId="626932028">
    <w:abstractNumId w:val="8"/>
  </w:num>
  <w:num w:numId="4" w16cid:durableId="1016351246">
    <w:abstractNumId w:val="6"/>
  </w:num>
  <w:num w:numId="5" w16cid:durableId="1435202405">
    <w:abstractNumId w:val="5"/>
  </w:num>
  <w:num w:numId="6" w16cid:durableId="69625833">
    <w:abstractNumId w:val="4"/>
  </w:num>
  <w:num w:numId="7" w16cid:durableId="748040188">
    <w:abstractNumId w:val="7"/>
  </w:num>
  <w:num w:numId="8" w16cid:durableId="600723430">
    <w:abstractNumId w:val="3"/>
  </w:num>
  <w:num w:numId="9" w16cid:durableId="1634022610">
    <w:abstractNumId w:val="2"/>
  </w:num>
  <w:num w:numId="10" w16cid:durableId="1183013963">
    <w:abstractNumId w:val="1"/>
  </w:num>
  <w:num w:numId="11" w16cid:durableId="303311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330E"/>
    <w:rsid w:val="00326F90"/>
    <w:rsid w:val="0049AD25"/>
    <w:rsid w:val="004E5CAB"/>
    <w:rsid w:val="00577D4C"/>
    <w:rsid w:val="0080006E"/>
    <w:rsid w:val="008F6B28"/>
    <w:rsid w:val="00AA1D8D"/>
    <w:rsid w:val="00B402A3"/>
    <w:rsid w:val="00B47730"/>
    <w:rsid w:val="00B67E01"/>
    <w:rsid w:val="00CB0664"/>
    <w:rsid w:val="00CB745B"/>
    <w:rsid w:val="00EB7C33"/>
    <w:rsid w:val="00FC693F"/>
    <w:rsid w:val="019E6E0E"/>
    <w:rsid w:val="01A4323C"/>
    <w:rsid w:val="01CC9900"/>
    <w:rsid w:val="02469595"/>
    <w:rsid w:val="024D471C"/>
    <w:rsid w:val="03E09EFC"/>
    <w:rsid w:val="0466D04B"/>
    <w:rsid w:val="04A8C1DD"/>
    <w:rsid w:val="04D7E396"/>
    <w:rsid w:val="05F821D0"/>
    <w:rsid w:val="06C0716C"/>
    <w:rsid w:val="070B9FBA"/>
    <w:rsid w:val="070DBDBC"/>
    <w:rsid w:val="073AD3EF"/>
    <w:rsid w:val="079E3583"/>
    <w:rsid w:val="083E9CA1"/>
    <w:rsid w:val="08F4E4AD"/>
    <w:rsid w:val="09F83A8D"/>
    <w:rsid w:val="0A1E5A8B"/>
    <w:rsid w:val="0A559AE9"/>
    <w:rsid w:val="0B5C5703"/>
    <w:rsid w:val="0BE719F2"/>
    <w:rsid w:val="0BFE2EDF"/>
    <w:rsid w:val="0C215320"/>
    <w:rsid w:val="0FB5145E"/>
    <w:rsid w:val="10322548"/>
    <w:rsid w:val="104B621D"/>
    <w:rsid w:val="104D2540"/>
    <w:rsid w:val="113AA7ED"/>
    <w:rsid w:val="118D7FB9"/>
    <w:rsid w:val="12E81E92"/>
    <w:rsid w:val="1391BA95"/>
    <w:rsid w:val="14532E0A"/>
    <w:rsid w:val="1532E37E"/>
    <w:rsid w:val="15513E27"/>
    <w:rsid w:val="15AC3A77"/>
    <w:rsid w:val="163C7B62"/>
    <w:rsid w:val="16B1170E"/>
    <w:rsid w:val="16F99927"/>
    <w:rsid w:val="17E1A7F2"/>
    <w:rsid w:val="198DAEB4"/>
    <w:rsid w:val="1AF7DCB7"/>
    <w:rsid w:val="1BD39ED3"/>
    <w:rsid w:val="1C316227"/>
    <w:rsid w:val="1C59209D"/>
    <w:rsid w:val="1C624CED"/>
    <w:rsid w:val="1C886495"/>
    <w:rsid w:val="1CE054EA"/>
    <w:rsid w:val="1D01F8AC"/>
    <w:rsid w:val="1D20D8EA"/>
    <w:rsid w:val="1DA0C55E"/>
    <w:rsid w:val="1E77EDA8"/>
    <w:rsid w:val="1F193230"/>
    <w:rsid w:val="1F2672AB"/>
    <w:rsid w:val="1F32D248"/>
    <w:rsid w:val="1F5836B0"/>
    <w:rsid w:val="1FBDBE1B"/>
    <w:rsid w:val="2011E7B5"/>
    <w:rsid w:val="20DEA8C1"/>
    <w:rsid w:val="210D548B"/>
    <w:rsid w:val="21971C93"/>
    <w:rsid w:val="21A0CAFF"/>
    <w:rsid w:val="2208E6DF"/>
    <w:rsid w:val="2288FAE0"/>
    <w:rsid w:val="246D0D81"/>
    <w:rsid w:val="249A9253"/>
    <w:rsid w:val="25940AFE"/>
    <w:rsid w:val="25AF3629"/>
    <w:rsid w:val="262B1F44"/>
    <w:rsid w:val="26887797"/>
    <w:rsid w:val="26B1E3BA"/>
    <w:rsid w:val="270D2EA2"/>
    <w:rsid w:val="274AACCC"/>
    <w:rsid w:val="274F5C40"/>
    <w:rsid w:val="292B7E88"/>
    <w:rsid w:val="29F9A306"/>
    <w:rsid w:val="2BEC8EAC"/>
    <w:rsid w:val="2C5EE39D"/>
    <w:rsid w:val="2C74E123"/>
    <w:rsid w:val="2C9F84F5"/>
    <w:rsid w:val="2D1B0BE8"/>
    <w:rsid w:val="2D3B0EE7"/>
    <w:rsid w:val="2D5B45B7"/>
    <w:rsid w:val="2D8F6384"/>
    <w:rsid w:val="30AD0B62"/>
    <w:rsid w:val="30C325A6"/>
    <w:rsid w:val="30DAD31F"/>
    <w:rsid w:val="30FC19BD"/>
    <w:rsid w:val="3112A761"/>
    <w:rsid w:val="312D1FC1"/>
    <w:rsid w:val="326F7B2A"/>
    <w:rsid w:val="328955E9"/>
    <w:rsid w:val="32F72E5D"/>
    <w:rsid w:val="33412D37"/>
    <w:rsid w:val="343F4BE7"/>
    <w:rsid w:val="34AC9210"/>
    <w:rsid w:val="353629C4"/>
    <w:rsid w:val="35F70179"/>
    <w:rsid w:val="3641120C"/>
    <w:rsid w:val="36CC405B"/>
    <w:rsid w:val="373B7608"/>
    <w:rsid w:val="3797C1D4"/>
    <w:rsid w:val="39D20055"/>
    <w:rsid w:val="3B50052E"/>
    <w:rsid w:val="3D4A3454"/>
    <w:rsid w:val="3E3F6399"/>
    <w:rsid w:val="3EECF0D6"/>
    <w:rsid w:val="3F302BC4"/>
    <w:rsid w:val="3F6CCC8A"/>
    <w:rsid w:val="3FDBDA7B"/>
    <w:rsid w:val="40D513CE"/>
    <w:rsid w:val="4155FE7E"/>
    <w:rsid w:val="41F3F3D7"/>
    <w:rsid w:val="4214C829"/>
    <w:rsid w:val="4232EE65"/>
    <w:rsid w:val="42B6451E"/>
    <w:rsid w:val="42C8472C"/>
    <w:rsid w:val="4312A0FD"/>
    <w:rsid w:val="433AB1DC"/>
    <w:rsid w:val="4372FEFF"/>
    <w:rsid w:val="44A9B735"/>
    <w:rsid w:val="4575CA1A"/>
    <w:rsid w:val="4585306B"/>
    <w:rsid w:val="458EB26B"/>
    <w:rsid w:val="46721670"/>
    <w:rsid w:val="469AFC23"/>
    <w:rsid w:val="47DA7AF7"/>
    <w:rsid w:val="4A001A20"/>
    <w:rsid w:val="4AB18BFE"/>
    <w:rsid w:val="4AFEA103"/>
    <w:rsid w:val="4B836A51"/>
    <w:rsid w:val="4BB25607"/>
    <w:rsid w:val="4CD024EE"/>
    <w:rsid w:val="4D0E732C"/>
    <w:rsid w:val="4D110C0E"/>
    <w:rsid w:val="4D70F3E6"/>
    <w:rsid w:val="4DEE0D91"/>
    <w:rsid w:val="4E69116C"/>
    <w:rsid w:val="4EF130B9"/>
    <w:rsid w:val="504564EA"/>
    <w:rsid w:val="51F824CA"/>
    <w:rsid w:val="52B07799"/>
    <w:rsid w:val="52BAAC6B"/>
    <w:rsid w:val="52FDAB37"/>
    <w:rsid w:val="548EFBA0"/>
    <w:rsid w:val="54A1263A"/>
    <w:rsid w:val="5524ABFC"/>
    <w:rsid w:val="5581040F"/>
    <w:rsid w:val="55DCD552"/>
    <w:rsid w:val="56EE1582"/>
    <w:rsid w:val="56EECC1E"/>
    <w:rsid w:val="575118FB"/>
    <w:rsid w:val="58874B7F"/>
    <w:rsid w:val="58BC2EEF"/>
    <w:rsid w:val="59401053"/>
    <w:rsid w:val="5A0CCB6E"/>
    <w:rsid w:val="5A3B3134"/>
    <w:rsid w:val="5BC61F74"/>
    <w:rsid w:val="5C3D1569"/>
    <w:rsid w:val="5CB2EA56"/>
    <w:rsid w:val="5CE6A6AD"/>
    <w:rsid w:val="5D7463ED"/>
    <w:rsid w:val="5D8C1B74"/>
    <w:rsid w:val="5DE26088"/>
    <w:rsid w:val="5E213FFC"/>
    <w:rsid w:val="5E2FD981"/>
    <w:rsid w:val="5E84877B"/>
    <w:rsid w:val="5E8818E7"/>
    <w:rsid w:val="5E91C216"/>
    <w:rsid w:val="5F1B5CC6"/>
    <w:rsid w:val="5F96A681"/>
    <w:rsid w:val="60173EEF"/>
    <w:rsid w:val="60CBF880"/>
    <w:rsid w:val="62E64C3A"/>
    <w:rsid w:val="62FF39CF"/>
    <w:rsid w:val="639AAB9D"/>
    <w:rsid w:val="6462DB48"/>
    <w:rsid w:val="64DF3B09"/>
    <w:rsid w:val="6578CBC8"/>
    <w:rsid w:val="6665E18B"/>
    <w:rsid w:val="6714CC9C"/>
    <w:rsid w:val="684BE4CE"/>
    <w:rsid w:val="687E1E5D"/>
    <w:rsid w:val="68887302"/>
    <w:rsid w:val="688F6690"/>
    <w:rsid w:val="68B6A972"/>
    <w:rsid w:val="6945CB26"/>
    <w:rsid w:val="69855E7B"/>
    <w:rsid w:val="69E10815"/>
    <w:rsid w:val="6A0FC3F0"/>
    <w:rsid w:val="6A740805"/>
    <w:rsid w:val="6ABA6524"/>
    <w:rsid w:val="6B47B018"/>
    <w:rsid w:val="6B520021"/>
    <w:rsid w:val="6BAB1A58"/>
    <w:rsid w:val="6C30D4AE"/>
    <w:rsid w:val="6CE6D8A4"/>
    <w:rsid w:val="6D345076"/>
    <w:rsid w:val="6D471EA4"/>
    <w:rsid w:val="6DB7BAC2"/>
    <w:rsid w:val="6DC30033"/>
    <w:rsid w:val="6E7396F0"/>
    <w:rsid w:val="6EF16323"/>
    <w:rsid w:val="6FA9CB3B"/>
    <w:rsid w:val="70F09AA9"/>
    <w:rsid w:val="72007BA9"/>
    <w:rsid w:val="72B11FDA"/>
    <w:rsid w:val="738BD956"/>
    <w:rsid w:val="73994131"/>
    <w:rsid w:val="73A3BBD5"/>
    <w:rsid w:val="73BEE052"/>
    <w:rsid w:val="73C2F462"/>
    <w:rsid w:val="73F3522B"/>
    <w:rsid w:val="740F537F"/>
    <w:rsid w:val="74758196"/>
    <w:rsid w:val="74CC0D44"/>
    <w:rsid w:val="751D20F1"/>
    <w:rsid w:val="75238702"/>
    <w:rsid w:val="752DEC50"/>
    <w:rsid w:val="75661D9D"/>
    <w:rsid w:val="758EED31"/>
    <w:rsid w:val="75FBE29B"/>
    <w:rsid w:val="76400BB0"/>
    <w:rsid w:val="7658B7E8"/>
    <w:rsid w:val="76708615"/>
    <w:rsid w:val="776135FE"/>
    <w:rsid w:val="7858ADD3"/>
    <w:rsid w:val="78E728E9"/>
    <w:rsid w:val="79498C0C"/>
    <w:rsid w:val="7B22C702"/>
    <w:rsid w:val="7B67CA1A"/>
    <w:rsid w:val="7C5AF5DF"/>
    <w:rsid w:val="7CFC32DB"/>
    <w:rsid w:val="7DD58E06"/>
    <w:rsid w:val="7DEC2738"/>
    <w:rsid w:val="7E42FDB0"/>
    <w:rsid w:val="7E4A6900"/>
    <w:rsid w:val="7E5C7B4F"/>
    <w:rsid w:val="7EBCFF67"/>
    <w:rsid w:val="7F1F4478"/>
    <w:rsid w:val="7FB4E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1AFE0"/>
  <w14:defaultImageDpi w14:val="300"/>
  <w15:docId w15:val="{7F18D498-9E03-4817-BEB1-97A1C450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7B22C702"/>
    <w:rPr>
      <w:color w:val="0000FF"/>
      <w:u w:val="single"/>
    </w:rPr>
  </w:style>
  <w:style w:type="character" w:styleId="UnresolvedMention">
    <w:name w:val="Unresolved Mention"/>
    <w:basedOn w:val="DefaultParagraphFont"/>
    <w:uiPriority w:val="99"/>
    <w:semiHidden/>
    <w:unhideWhenUsed/>
    <w:rsid w:val="00CB7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isability-confident-campaign"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cal.hee.nhs.uk/medical-training-recruitment/medical-specialty-training/documents-to-support-your-applic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cal.hee.nhs.uk/medical-training-recruitment/medical-specialty-training/documents-to-support-your-applic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4e8ed25f-e524-462f-a0f4-a9a24ef012cf" xsi:nil="true"/>
    <Date xmlns="5c8f2f90-d297-4df1-872b-63cddd886b88" xsi:nil="true"/>
    <lcf76f155ced4ddcb4097134ff3c332f xmlns="5c8f2f90-d297-4df1-872b-63cddd886b88">
      <Terms xmlns="http://schemas.microsoft.com/office/infopath/2007/PartnerControls"/>
    </lcf76f155ced4ddcb4097134ff3c332f>
    <_ip_UnifiedCompliancePolicyProperties xmlns="4e8ed25f-e524-462f-a0f4-a9a24ef012cf" xsi:nil="true"/>
    <UKFPO xmlns="5c8f2f90-d297-4df1-872b-63cddd886b88" xsi:nil="true"/>
    <TaxCatchAll xmlns="4e8ed25f-e524-462f-a0f4-a9a24ef012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F5E7302AC18B4E85C73474E4333792" ma:contentTypeVersion="24" ma:contentTypeDescription="Create a new document." ma:contentTypeScope="" ma:versionID="a5777142e5e76cee7d400407a29fc2d5">
  <xsd:schema xmlns:xsd="http://www.w3.org/2001/XMLSchema" xmlns:xs="http://www.w3.org/2001/XMLSchema" xmlns:p="http://schemas.microsoft.com/office/2006/metadata/properties" xmlns:ns2="5c8f2f90-d297-4df1-872b-63cddd886b88" xmlns:ns3="4e8ed25f-e524-462f-a0f4-a9a24ef012cf" targetNamespace="http://schemas.microsoft.com/office/2006/metadata/properties" ma:root="true" ma:fieldsID="65e0524944c1a2b77493a00677c4adfa" ns2:_="" ns3:_="">
    <xsd:import namespace="5c8f2f90-d297-4df1-872b-63cddd886b88"/>
    <xsd:import namespace="4e8ed25f-e524-462f-a0f4-a9a24ef012cf"/>
    <xsd:element name="properties">
      <xsd:complexType>
        <xsd:sequence>
          <xsd:element name="documentManagement">
            <xsd:complexType>
              <xsd:all>
                <xsd:element ref="ns2:Date" minOccurs="0"/>
                <xsd:element ref="ns2:UKFPO"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f2f90-d297-4df1-872b-63cddd886b88" elementFormDefault="qualified">
    <xsd:import namespace="http://schemas.microsoft.com/office/2006/documentManagement/types"/>
    <xsd:import namespace="http://schemas.microsoft.com/office/infopath/2007/PartnerControls"/>
    <xsd:element name="Date" ma:index="4" nillable="true" ma:displayName="Date" ma:format="DateTime" ma:internalName="Date" ma:readOnly="false">
      <xsd:simpleType>
        <xsd:restriction base="dms:DateTime"/>
      </xsd:simpleType>
    </xsd:element>
    <xsd:element name="UKFPO" ma:index="5" nillable="true" ma:displayName="UKFPO" ma:description="email" ma:format="DateOnly" ma:internalName="UKFPO" ma:readOnly="false">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ip_UnifiedCompliancePolicyProperties" ma:index="15" nillable="true" ma:displayName="Unified Compliance Policy Properties" ma:internalName="_ip_UnifiedCompliancePolicyProperties" ma:readOnly="false">
      <xsd:simpleType>
        <xsd:restriction base="dms:Note"/>
      </xsd:simpleType>
    </xsd:element>
    <xsd:element name="_ip_UnifiedCompliancePolicyUIAction" ma:index="16"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0fe09831-02fa-4903-b75d-eff42368b144}"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E3A0E-35AC-40D9-9EF4-F988C825631A}">
  <ds:schemaRefs>
    <ds:schemaRef ds:uri="http://schemas.microsoft.com/office/2006/metadata/properties"/>
    <ds:schemaRef ds:uri="http://schemas.microsoft.com/office/infopath/2007/PartnerControls"/>
    <ds:schemaRef ds:uri="4e8ed25f-e524-462f-a0f4-a9a24ef012cf"/>
    <ds:schemaRef ds:uri="5c8f2f90-d297-4df1-872b-63cddd886b88"/>
  </ds:schemaRefs>
</ds:datastoreItem>
</file>

<file path=customXml/itemProps2.xml><?xml version="1.0" encoding="utf-8"?>
<ds:datastoreItem xmlns:ds="http://schemas.openxmlformats.org/officeDocument/2006/customXml" ds:itemID="{42EE958C-BB16-4455-ADA2-6F7C35A19723}">
  <ds:schemaRefs>
    <ds:schemaRef ds:uri="http://schemas.microsoft.com/sharepoint/v3/contenttype/forms"/>
  </ds:schemaRefs>
</ds:datastoreItem>
</file>

<file path=customXml/itemProps3.xml><?xml version="1.0" encoding="utf-8"?>
<ds:datastoreItem xmlns:ds="http://schemas.openxmlformats.org/officeDocument/2006/customXml" ds:itemID="{314C57C9-FAC3-410D-BEDE-C6A33BBD8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f2f90-d297-4df1-872b-63cddd886b88"/>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1504</Words>
  <Characters>10323</Characters>
  <Application>Microsoft Office Word</Application>
  <DocSecurity>0</DocSecurity>
  <Lines>516</Lines>
  <Paragraphs>190</Paragraphs>
  <ScaleCrop>false</ScaleCrop>
  <Manager/>
  <Company/>
  <LinksUpToDate>false</LinksUpToDate>
  <CharactersWithSpaces>11637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PEARSON, Fabian (NHS ENGLAND)</cp:lastModifiedBy>
  <cp:revision>7</cp:revision>
  <dcterms:created xsi:type="dcterms:W3CDTF">2026-04-16T15:44:00Z</dcterms:created>
  <dcterms:modified xsi:type="dcterms:W3CDTF">2026-06-26T09:11:00Z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0x010100CBF5E7302AC18B4E85C73474E4333792</vt:lpwstr>
  </property>
  <property fmtid="{D5CDD505-2E9C-101B-9397-08002B2CF9AE}" pid="3" name="MediaServiceImageTags">
    <vt:lpwstr/>
  </property>
  <property fmtid="{D5CDD505-2E9C-101B-9397-08002B2CF9AE}" pid="4" name="docLang">
    <vt:lpwstr>en</vt:lpwstr>
  </property>
</Properties>
</file>